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VPhoto"/>
      </w:pPr>
      <w:r xmlns:a="http://schemas.openxmlformats.org/drawingml/2006/main">
        <w:drawing>
          <wp:anchor distT="0" distB="0" distL="0" distR="0" simplePos="0" relativeHeight="1001" behindDoc="1" locked="1" layoutInCell="0" allowOverlap="1">
            <wp:simplePos x="0" y="0"/>
            <wp:positionH relativeFrom="page">
              <wp:posOffset>0</wp:posOffset>
            </wp:positionH>
            <wp:positionV relativeFrom="page">
              <wp:posOffset>0</wp:posOffset>
            </wp:positionV>
            <wp:extent cx="7560000" cy="2448000"/>
            <wp:effectExtent l="0" t="0" r="0" b="0"/>
            <wp:wrapNone/>
            <wp:docPr id="1001" name="Shape 1001"/>
            <wp:cNvGraphicFramePr/>
            <a:graphic>
              <a:graphicData uri="http://schemas.microsoft.com/office/word/2010/wordprocessingShape">
                <wps:wsp>
                  <wps:cNvSpPr/>
                  <wps:spPr>
                    <a:xfrm>
                      <a:off x="0" y="0"/>
                      <a:ext cx="7560000" cy="2448000"/>
                    </a:xfrm>
                    <a:prstGeom prst="rect">
                      <a:avLst/>
                    </a:prstGeom>
                    <a:solidFill>
                      <a:srgbClr val="0F172A"/>
                    </a:solidFill>
                    <a:ln>
                      <a:noFill/>
                    </a:ln>
                  </wps:spPr>
                  <wps:bodyPr/>
                </wps:wsp>
              </a:graphicData>
            </a:graphic>
          </wp:anchor>
        </w:drawing>
      </w:r>
    </w:p>
    <w:tbl>
      <w:tblPr>
        <w:tblW w:type="auto" w:w="0"/>
        <w:jc w:val="left"/>
        <w:tblLayout w:type="fixed"/>
        <w:tblCellMar>
          <w:left w:w="0" w:type="dxa"/>
          <w:right w:w="0" w:type="dxa"/>
        </w:tblCellMar>
        <w:tblLook w:firstColumn="1" w:firstRow="1" w:lastColumn="0" w:lastRow="0" w:noHBand="0" w:noVBand="1" w:val="04A0"/>
      </w:tblPr>
      <w:tblGrid>
        <w:gridCol w:w="4195"/>
        <w:gridCol w:w="3855"/>
        <w:gridCol w:w="3855"/>
      </w:tblGrid>
      <w:tr>
        <w:trPr>
          <w:trHeight w:val="2324" w:hRule="exact"/>
        </w:trPr>
        <w:tc>
          <w:tcPr>
            <w:tcW w:type="dxa" w:w="4195"/>
            <w:tcMar>
              <w:top w:w="623" w:type="dxa"/>
              <w:left w:w="2551" w:type="dxa"/>
              <w:bottom w:w="0" w:type="dxa"/>
              <w:right w:w="0" w:type="dxa"/>
            </w:tcMar>
          </w:tcPr>
          <w:p>
            <w:pPr>
              <w:pStyle w:val="CVPhoto"/>
            </w:pPr>
            <w:r>
              <w:drawing>
                <wp:inline xmlns:a="http://schemas.openxmlformats.org/drawingml/2006/main" xmlns:pic="http://schemas.openxmlformats.org/drawingml/2006/picture">
                  <wp:extent cx="1007999" cy="1007999"/>
                  <wp:docPr id="1002" name="Picture 1002"/>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1007999" cy="1007999"/>
                          </a:xfrm>
                          <a:prstGeom prst="ellipse"/>
                        </pic:spPr>
                      </pic:pic>
                    </a:graphicData>
                  </a:graphic>
                </wp:inline>
              </w:drawing>
            </w:r>
          </w:p>
        </w:tc>
        <w:tc>
          <w:tcPr>
            <w:tcW w:type="dxa" w:w="3855"/>
            <w:tcMar>
              <w:top w:w="623" w:type="dxa"/>
              <w:left w:w="283" w:type="dxa"/>
              <w:bottom w:w="0" w:type="dxa"/>
              <w:right w:w="113" w:type="dxa"/>
            </w:tcMar>
            <w:vAlign w:val="center"/>
          </w:tcPr>
          <w:p>
            <w:pPr>
              <w:pStyle w:val="Name"/>
            </w:pPr>
            <w:r>
              <w:t>Ali Mosavian</w:t>
            </w:r>
          </w:p>
          <w:p>
            <w:pPr>
              <w:pStyle w:val="JobTitle"/>
            </w:pPr>
            <w:r>
              <w:t>SENIOR MACHINE LEARNING/AI CONTRACTOR</w:t>
            </w:r>
          </w:p>
        </w:tc>
        <w:tc>
          <w:tcPr>
            <w:tcW w:type="dxa" w:w="3855"/>
            <w:tcMar>
              <w:top w:w="623" w:type="dxa"/>
              <w:left w:w="226" w:type="dxa"/>
              <w:bottom w:w="0" w:type="dxa"/>
              <w:right w:w="2551" w:type="dxa"/>
            </w:tcMar>
            <w:vAlign w:val="center"/>
          </w:tcPr>
          <w:p>
            <w:pPr>
              <w:pStyle w:val="CVContact"/>
            </w:pPr>
            <w:hyperlink r:id="rId12">
              <w:r>
                <w:rPr/>
                <w:t>LinkedIn</w:t>
              </w:r>
            </w:hyperlink>
            <w:r>
              <w:rPr>
                <w:rStyle w:val="CVAccent"/>
              </w:rPr>
              <w:t xml:space="preserve">  ◆</w:t>
            </w:r>
          </w:p>
          <w:p>
            <w:pPr>
              <w:pStyle w:val="CVContact"/>
            </w:pPr>
            <w:hyperlink r:id="rId13">
              <w:r>
                <w:rPr/>
                <w:t>GitHub</w:t>
              </w:r>
            </w:hyperlink>
            <w:r>
              <w:rPr>
                <w:rStyle w:val="CVAccent"/>
              </w:rPr>
              <w:t xml:space="preserve">  ◆</w:t>
            </w:r>
          </w:p>
          <w:p>
            <w:pPr>
              <w:pStyle w:val="CVContact"/>
            </w:pPr>
            <w:hyperlink r:id="rId14">
              <w:r>
                <w:rPr/>
                <w:t>Website</w:t>
              </w:r>
            </w:hyperlink>
            <w:r>
              <w:rPr>
                <w:rStyle w:val="CVAccent"/>
              </w:rPr>
              <w:t xml:space="preserve">  ◆</w:t>
            </w:r>
          </w:p>
        </w:tc>
      </w:tr>
      <w:tr>
        <w:trPr>
          <w:trHeight w:val="1361" w:hRule="exact"/>
        </w:trPr>
        <w:tc>
          <w:tcPr>
            <w:tcW w:type="dxa" w:w="11906"/>
            <w:gridSpan w:val="3"/>
            <w:tcBorders>
              <w:top w:val="single" w:sz="4" w:space="0" w:color="334155"/>
            </w:tcBorders>
            <w:tcMar>
              <w:top w:w="226" w:type="dxa"/>
              <w:left w:w="2551" w:type="dxa"/>
              <w:bottom w:w="0" w:type="dxa"/>
              <w:right w:w="2551" w:type="dxa"/>
            </w:tcMar>
          </w:tcPr>
          <w:tbl>
            <w:tblPr>
              <w:tblW w:type="auto" w:w="0"/>
              <w:tblLook w:firstColumn="1" w:firstRow="1" w:lastColumn="0" w:lastRow="0" w:noHBand="0" w:noVBand="1" w:val="04A0"/>
            </w:tblPr>
            <w:tblGrid>
              <w:gridCol w:w="1701"/>
              <w:gridCol w:w="1701"/>
              <w:gridCol w:w="1701"/>
              <w:gridCol w:w="1701"/>
            </w:tblGrid>
            <w:tr>
              <w:tc>
                <w:tcPr>
                  <w:tcW w:type="dxa" w:w="1701"/>
                </w:tcPr>
                <w:p>
                  <w:pPr>
                    <w:pStyle w:val="CVHighlightValue"/>
                  </w:pPr>
                  <w:r>
                    <w:rPr/>
                    <w:t>20+</w:t>
                  </w:r>
                </w:p>
              </w:tc>
              <w:tc>
                <w:tcPr>
                  <w:tcW w:type="dxa" w:w="1701"/>
                </w:tcPr>
                <w:p>
                  <w:pPr>
                    <w:pStyle w:val="CVHighlightValue"/>
                  </w:pPr>
                  <w:r>
                    <w:rPr/>
                    <w:t>17</w:t>
                  </w:r>
                </w:p>
              </w:tc>
              <w:tc>
                <w:tcPr>
                  <w:tcW w:type="dxa" w:w="1701"/>
                </w:tcPr>
                <w:p>
                  <w:pPr>
                    <w:pStyle w:val="CVHighlightValue"/>
                  </w:pPr>
                  <w:r>
                    <w:rPr/>
                    <w:t>42+</w:t>
                  </w:r>
                </w:p>
              </w:tc>
              <w:tc>
                <w:tcPr>
                  <w:tcW w:type="dxa" w:w="1701"/>
                </w:tcPr>
                <w:p>
                  <w:pPr>
                    <w:pStyle w:val="CVHighlightValue"/>
                  </w:pPr>
                  <w:r>
                    <w:rPr/>
                    <w:t>ex-CTO</w:t>
                  </w:r>
                </w:p>
              </w:tc>
            </w:tr>
            <w:tr>
              <w:tc>
                <w:tcPr>
                  <w:tcW w:type="dxa" w:w="1701"/>
                </w:tcPr>
                <w:p>
                  <w:pPr>
                    <w:pStyle w:val="CVHighlightLabel"/>
                  </w:pPr>
                  <w:r>
                    <w:rPr/>
                    <w:t>years programming</w:t>
                  </w:r>
                </w:p>
              </w:tc>
              <w:tc>
                <w:tcPr>
                  <w:tcW w:type="dxa" w:w="1701"/>
                </w:tcPr>
                <w:p>
                  <w:pPr>
                    <w:pStyle w:val="CVHighlightLabel"/>
                  </w:pPr>
                  <w:r>
                    <w:rPr/>
                    <w:t>years in machine learning</w:t>
                  </w:r>
                </w:p>
              </w:tc>
              <w:tc>
                <w:tcPr>
                  <w:tcW w:type="dxa" w:w="1701"/>
                </w:tcPr>
                <w:p>
                  <w:pPr>
                    <w:pStyle w:val="CVHighlightLabel"/>
                  </w:pPr>
                  <w:r>
                    <w:rPr/>
                    <w:t>markets, one model</w:t>
                  </w:r>
                </w:p>
              </w:tc>
              <w:tc>
                <w:tcPr>
                  <w:tcW w:type="dxa" w:w="1701"/>
                </w:tcPr>
                <w:p>
                  <w:pPr>
                    <w:pStyle w:val="CVHighlightLabel"/>
                  </w:pPr>
                  <w:r>
                    <w:rPr/>
                    <w:t>led five teams</w:t>
                  </w:r>
                </w:p>
              </w:tc>
            </w:tr>
          </w:tbl>
          <w:p/>
        </w:tc>
      </w:tr>
    </w:tbl>
    <w:p>
      <w:pPr>
        <w:pStyle w:val="CVPhoto"/>
      </w:pPr>
    </w:p>
    <w:tbl>
      <w:tblPr>
        <w:tblW w:type="auto" w:w="0"/>
        <w:jc w:val="left"/>
        <w:tblLayout w:type="fixed"/>
        <w:tblCellMar>
          <w:left w:w="0" w:type="dxa"/>
          <w:right w:w="0" w:type="dxa"/>
        </w:tblCellMar>
        <w:tblLook w:firstColumn="1" w:firstRow="1" w:lastColumn="0" w:lastRow="0" w:noHBand="0" w:noVBand="1" w:val="04A0"/>
      </w:tblPr>
      <w:tblGrid>
        <w:gridCol w:w="11906"/>
      </w:tblGrid>
      <w:tr>
        <w:tc>
          <w:tcPr>
            <w:tcW w:type="dxa" w:w="11906"/>
            <w:tcMar>
              <w:top w:w="510" w:type="dxa"/>
              <w:left w:w="2551" w:type="dxa"/>
              <w:bottom w:w="0" w:type="dxa"/>
              <w:right w:w="2551" w:type="dxa"/>
            </w:tcMar>
          </w:tcPr>
          <w:p>
            <w:pPr>
              <w:pStyle w:val="CVPhoto"/>
            </w:pPr>
          </w:p>
          <w:p>
            <w:pPr>
              <w:pStyle w:val="Heading1"/>
            </w:pPr>
            <w:r>
              <w:rPr/>
              <w:t>Professional Summary</w:t>
            </w:r>
          </w:p>
          <w:p>
            <w:pPr>
              <w:pStyle w:val="Normal"/>
            </w:pPr>
            <w:r>
              <w:rPr/>
              <w:t xml:space="preserve">Experienced </w:t>
            </w:r>
            <w:r>
              <w:rPr>
                <w:rStyle w:val="CVStrong"/>
              </w:rPr>
              <w:t>hands-on</w:t>
            </w:r>
            <w:r>
              <w:rPr/>
              <w:t xml:space="preserve"> engineer, machine learning/AI expert, generalist and ex-CTO with passion for finding efficient and unconventional ways of going from an </w:t>
            </w:r>
            <w:r>
              <w:rPr>
                <w:rStyle w:val="CVStrong"/>
              </w:rPr>
              <w:t>idea to a product</w:t>
            </w:r>
            <w:r>
              <w:rPr/>
              <w:t xml:space="preserve"> by being </w:t>
            </w:r>
            <w:r>
              <w:rPr>
                <w:rStyle w:val="CVStrong"/>
              </w:rPr>
              <w:t>pragmatic, focused, out-of-the-box thinking and above all moving fast.</w:t>
            </w:r>
          </w:p>
          <w:p>
            <w:pPr>
              <w:pStyle w:val="Normal"/>
            </w:pPr>
            <w:r>
              <w:rPr/>
              <w:t>A life long learner with over two decades of programming experience, working in the IT industry since 2005 and working with machine learning/deep learning since 2009. The intersection where internet scale systems, machine learning/AI meet to make up unforgettable user experience is where I feel at most home.</w:t>
            </w:r>
          </w:p>
          <w:p>
            <w:pPr>
              <w:pStyle w:val="MainSectionsSpacing"/>
            </w:pPr>
          </w:p>
          <w:p>
            <w:pPr>
              <w:pStyle w:val="Heading1"/>
            </w:pPr>
            <w:r>
              <w:rPr/>
              <w:t>Education</w:t>
            </w:r>
          </w:p>
          <w:p>
            <w:pPr>
              <w:pStyle w:val="Heading2"/>
            </w:pPr>
            <w:r>
              <w:rPr/>
              <w:t>Computer Science (Masters), Royal Institute Of Technology, Stockholm</w:t>
            </w:r>
          </w:p>
          <w:p>
            <w:pPr>
              <w:pStyle w:val="Date"/>
            </w:pPr>
            <w:r>
              <w:rPr/>
              <w:t>AUG 2005 - DEC 2009</w:t>
            </w:r>
          </w:p>
          <w:p>
            <w:pPr>
              <w:pStyle w:val="Normal"/>
            </w:pPr>
            <w:r>
              <w:rPr/>
              <w:t>Specialized in machine learning and autonomous systems</w:t>
            </w:r>
          </w:p>
          <w:p>
            <w:pPr>
              <w:pStyle w:val="MainSectionsSpacing"/>
            </w:pPr>
          </w:p>
          <w:p>
            <w:pPr>
              <w:pStyle w:val="Heading1"/>
            </w:pPr>
            <w:r>
              <w:rPr/>
              <w:t>Professional Experience</w:t>
            </w:r>
          </w:p>
          <w:p>
            <w:pPr>
              <w:pStyle w:val="Heading2"/>
            </w:pPr>
            <w:r>
              <w:rPr/>
              <w:t>Senior AI Engineer (Contractor) at H&amp;M Group, Stockholm</w:t>
            </w:r>
          </w:p>
          <w:p>
            <w:pPr>
              <w:pStyle w:val="Date"/>
            </w:pPr>
            <w:r>
              <w:rPr/>
              <w:t>SEP 2025 - PRESENT</w:t>
            </w:r>
          </w:p>
          <w:p>
            <w:pPr>
              <w:pStyle w:val="ListParagraph"/>
              <w:numPr>
                <w:ilvl w:val="0"/>
                <w:numId w:val="90"/>
              </w:numPr>
            </w:pPr>
            <w:r>
              <w:rPr/>
              <w:t xml:space="preserve">Led the re-architecture and rewrite of a proof-of-concept </w:t>
            </w:r>
            <w:r>
              <w:rPr>
                <w:rStyle w:val="CVStrong"/>
              </w:rPr>
              <w:t>store capacity optimization engine</w:t>
            </w:r>
            <w:r>
              <w:rPr/>
              <w:t xml:space="preserve"> into a production system (81% of all changes), deciding which articles and pieces go on which fixture to fill each store optimally. Designed a domain-specific language for modelling store furniture that replaced thousands of lines of special-case code, on top of a two-stage constraint solver; grew the test suite from 5 to 100+ files.</w:t>
            </w:r>
          </w:p>
          <w:p>
            <w:pPr>
              <w:pStyle w:val="ListParagraph"/>
              <w:numPr>
                <w:ilvl w:val="0"/>
                <w:numId w:val="90"/>
              </w:numPr>
            </w:pPr>
            <w:r>
              <w:rPr/>
              <w:t xml:space="preserve">Designed and built a </w:t>
            </w:r>
            <w:r>
              <w:rPr>
                <w:rStyle w:val="CVStrong"/>
              </w:rPr>
              <w:t>shop-floor stock prediction system</w:t>
            </w:r>
            <w:r>
              <w:rPr/>
              <w:t xml:space="preserve"> (98% of all changes) covering ~3,350 stores without RFID: a gradient-boosted hurdle model on 161 engineered features trained on 74M rows from 686 RFID stores, fed by a custom data lineage and transformation pipeline processing 6.6 TB per training run.</w:t>
            </w:r>
          </w:p>
          <w:p>
            <w:pPr>
              <w:pStyle w:val="ListParagraph"/>
              <w:numPr>
                <w:ilvl w:val="0"/>
                <w:numId w:val="90"/>
              </w:numPr>
            </w:pPr>
            <w:r>
              <w:rPr/>
              <w:t xml:space="preserve">Re-engineered the </w:t>
            </w:r>
            <w:r>
              <w:rPr>
                <w:rStyle w:val="CVStrong"/>
              </w:rPr>
              <w:t>store-fullness data platform</w:t>
            </w:r>
            <w:r>
              <w:rPr/>
              <w:t xml:space="preserve"> in dbt (43% of all changes): introduced contract-enforced serving tables, retired legacy models and fixed a fundamental flaw in the published stock-ratio metric.</w:t>
            </w:r>
          </w:p>
          <w:p>
            <w:pPr>
              <w:pStyle w:val="CVTools"/>
            </w:pPr>
            <w:r>
              <w:rPr>
                <w:rStyle w:val="CVToolMark"/>
              </w:rPr>
              <w:t xml:space="preserve"> </w:t>
            </w:r>
            <w:r>
              <w:rPr>
                <w:rStyle w:val="CVTool"/>
              </w:rPr>
              <w:t xml:space="preserve"> Python </w:t>
            </w:r>
            <w:r>
              <w:t xml:space="preserve"> ​</w:t>
            </w:r>
            <w:r>
              <w:rPr>
                <w:rStyle w:val="CVToolMark"/>
              </w:rPr>
              <w:t xml:space="preserve"> </w:t>
            </w:r>
            <w:r>
              <w:rPr>
                <w:rStyle w:val="CVTool"/>
              </w:rPr>
              <w:t xml:space="preserve"> OR-Tools CP-SAT </w:t>
            </w:r>
            <w:r>
              <w:t xml:space="preserve"> ​</w:t>
            </w:r>
            <w:r>
              <w:rPr>
                <w:rStyle w:val="CVToolMark"/>
              </w:rPr>
              <w:t xml:space="preserve"> </w:t>
            </w:r>
            <w:r>
              <w:rPr>
                <w:rStyle w:val="CVTool"/>
              </w:rPr>
              <w:t xml:space="preserve"> LightGBM </w:t>
            </w:r>
            <w:r>
              <w:t xml:space="preserve"> ​</w:t>
            </w:r>
            <w:r>
              <w:rPr>
                <w:rStyle w:val="CVToolMark"/>
              </w:rPr>
              <w:t xml:space="preserve"> </w:t>
            </w:r>
            <w:r>
              <w:rPr>
                <w:rStyle w:val="CVTool"/>
              </w:rPr>
              <w:t xml:space="preserve"> SHAP </w:t>
            </w:r>
            <w:r>
              <w:t xml:space="preserve"> ​</w:t>
            </w:r>
            <w:r>
              <w:rPr>
                <w:rStyle w:val="CVToolMark"/>
              </w:rPr>
              <w:t xml:space="preserve"> </w:t>
            </w:r>
            <w:r>
              <w:rPr>
                <w:rStyle w:val="CVTool"/>
              </w:rPr>
              <w:t xml:space="preserve"> scikit-learn </w:t>
            </w:r>
            <w:r>
              <w:t xml:space="preserve"> ​</w:t>
            </w:r>
            <w:r>
              <w:rPr>
                <w:rStyle w:val="CVToolMark"/>
              </w:rPr>
              <w:t xml:space="preserve"> </w:t>
            </w:r>
            <w:r>
              <w:rPr>
                <w:rStyle w:val="CVTool"/>
              </w:rPr>
              <w:t xml:space="preserve"> statsmodels </w:t>
            </w:r>
            <w:r>
              <w:t xml:space="preserve"> ​</w:t>
            </w:r>
            <w:r>
              <w:rPr>
                <w:rStyle w:val="CVToolMark"/>
              </w:rPr>
              <w:t xml:space="preserve"> </w:t>
            </w:r>
            <w:r>
              <w:rPr>
                <w:rStyle w:val="CVTool"/>
              </w:rPr>
              <w:t xml:space="preserve"> Numba </w:t>
            </w:r>
            <w:r>
              <w:t xml:space="preserve"> ​</w:t>
            </w:r>
            <w:r>
              <w:rPr>
                <w:rStyle w:val="CVToolMark"/>
              </w:rPr>
              <w:t xml:space="preserve"> </w:t>
            </w:r>
            <w:r>
              <w:rPr>
                <w:rStyle w:val="CVTool"/>
              </w:rPr>
              <w:t xml:space="preserve"> Pandas </w:t>
            </w:r>
            <w:r>
              <w:t xml:space="preserve"> ​</w:t>
            </w:r>
            <w:r>
              <w:rPr>
                <w:rStyle w:val="CVToolMark"/>
              </w:rPr>
              <w:t xml:space="preserve"> </w:t>
            </w:r>
            <w:r>
              <w:rPr>
                <w:rStyle w:val="CVTool"/>
              </w:rPr>
              <w:t xml:space="preserve"> PyArrow </w:t>
            </w:r>
            <w:r>
              <w:t xml:space="preserve"> ​</w:t>
            </w:r>
            <w:r>
              <w:rPr>
                <w:rStyle w:val="CVToolMark"/>
              </w:rPr>
              <w:t xml:space="preserve"> </w:t>
            </w:r>
            <w:r>
              <w:rPr>
                <w:rStyle w:val="CVTool"/>
              </w:rPr>
              <w:t xml:space="preserve"> DuckDB </w:t>
            </w:r>
            <w:r>
              <w:t xml:space="preserve"> ​</w:t>
            </w:r>
            <w:r>
              <w:rPr>
                <w:rStyle w:val="CVToolMark"/>
              </w:rPr>
              <w:t xml:space="preserve"> </w:t>
            </w:r>
            <w:r>
              <w:rPr>
                <w:rStyle w:val="CVTool"/>
              </w:rPr>
              <w:t xml:space="preserve"> BigQuery </w:t>
            </w:r>
            <w:r>
              <w:t xml:space="preserve"> ​</w:t>
            </w:r>
            <w:r>
              <w:rPr>
                <w:rStyle w:val="CVToolMark"/>
              </w:rPr>
              <w:t xml:space="preserve"> </w:t>
            </w:r>
            <w:r>
              <w:rPr>
                <w:rStyle w:val="CVTool"/>
              </w:rPr>
              <w:t xml:space="preserve"> dbt </w:t>
            </w:r>
            <w:r>
              <w:t xml:space="preserve"> ​</w:t>
            </w:r>
            <w:r>
              <w:rPr>
                <w:rStyle w:val="CVToolMark"/>
              </w:rPr>
              <w:t xml:space="preserve"> </w:t>
            </w:r>
            <w:r>
              <w:rPr>
                <w:rStyle w:val="CVTool"/>
              </w:rPr>
              <w:t xml:space="preserve"> SQLFluff </w:t>
            </w:r>
            <w:r>
              <w:t xml:space="preserve"> ​</w:t>
            </w:r>
            <w:r>
              <w:rPr>
                <w:rStyle w:val="CVToolMark"/>
              </w:rPr>
              <w:t xml:space="preserve"> </w:t>
            </w:r>
            <w:r>
              <w:rPr>
                <w:rStyle w:val="CVTool"/>
              </w:rPr>
              <w:t xml:space="preserve"> Lark </w:t>
            </w:r>
            <w:r>
              <w:t xml:space="preserve"> ​</w:t>
            </w:r>
            <w:r>
              <w:rPr>
                <w:rStyle w:val="CVToolMark"/>
              </w:rPr>
              <w:t xml:space="preserve"> </w:t>
            </w:r>
            <w:r>
              <w:rPr>
                <w:rStyle w:val="CVTool"/>
              </w:rPr>
              <w:t xml:space="preserve"> Pydantic </w:t>
            </w:r>
            <w:r>
              <w:t xml:space="preserve"> ​</w:t>
            </w:r>
            <w:r>
              <w:rPr>
                <w:rStyle w:val="CVToolMark"/>
              </w:rPr>
              <w:t xml:space="preserve"> </w:t>
            </w:r>
            <w:r>
              <w:rPr>
                <w:rStyle w:val="CVTool"/>
              </w:rPr>
              <w:t xml:space="preserve"> Typer </w:t>
            </w:r>
            <w:r>
              <w:t xml:space="preserve"> ​</w:t>
            </w:r>
            <w:r>
              <w:rPr>
                <w:rStyle w:val="CVToolMark"/>
              </w:rPr>
              <w:t xml:space="preserve"> </w:t>
            </w:r>
            <w:r>
              <w:rPr>
                <w:rStyle w:val="CVTool"/>
              </w:rPr>
              <w:t xml:space="preserve"> Docker </w:t>
            </w:r>
            <w:r>
              <w:t xml:space="preserve"> ​</w:t>
            </w:r>
            <w:r>
              <w:rPr>
                <w:rStyle w:val="CVToolMark"/>
              </w:rPr>
              <w:t xml:space="preserve"> </w:t>
            </w:r>
            <w:r>
              <w:rPr>
                <w:rStyle w:val="CVTool"/>
              </w:rPr>
              <w:t xml:space="preserve"> Terraform </w:t>
            </w:r>
            <w:r>
              <w:t xml:space="preserve"> ​</w:t>
            </w:r>
            <w:r>
              <w:rPr>
                <w:rStyle w:val="CVToolMark"/>
              </w:rPr>
              <w:t xml:space="preserve"> </w:t>
            </w:r>
            <w:r>
              <w:rPr>
                <w:rStyle w:val="CVTool"/>
              </w:rPr>
              <w:t xml:space="preserve"> Cloud Run </w:t>
            </w:r>
            <w:r>
              <w:t xml:space="preserve"> ​</w:t>
            </w:r>
            <w:r>
              <w:rPr>
                <w:rStyle w:val="CVToolMark"/>
              </w:rPr>
              <w:t xml:space="preserve"> </w:t>
            </w:r>
            <w:r>
              <w:rPr>
                <w:rStyle w:val="CVTool"/>
              </w:rPr>
              <w:t xml:space="preserve"> GCS </w:t>
            </w:r>
            <w:r>
              <w:t xml:space="preserve"> ​</w:t>
            </w:r>
            <w:r>
              <w:rPr>
                <w:rStyle w:val="CVToolMark"/>
              </w:rPr>
              <w:t xml:space="preserve"> </w:t>
            </w:r>
            <w:r>
              <w:rPr>
                <w:rStyle w:val="CVTool"/>
              </w:rPr>
              <w:t xml:space="preserve"> GitHub Actions </w:t>
            </w:r>
            <w:r>
              <w:t xml:space="preserve"> ​</w:t>
            </w:r>
            <w:r>
              <w:rPr>
                <w:rStyle w:val="CVToolMark"/>
              </w:rPr>
              <w:t xml:space="preserve"> </w:t>
            </w:r>
            <w:r>
              <w:rPr>
                <w:rStyle w:val="CVTool"/>
              </w:rPr>
              <w:t xml:space="preserve"> Pytest </w:t>
            </w:r>
            <w:r>
              <w:t xml:space="preserve"> ​</w:t>
            </w:r>
            <w:r>
              <w:rPr>
                <w:rStyle w:val="CVToolMark"/>
              </w:rPr>
              <w:t xml:space="preserve"> </w:t>
            </w:r>
            <w:r>
              <w:rPr>
                <w:rStyle w:val="CVTool"/>
              </w:rPr>
              <w:t xml:space="preserve"> MyPy/Ty </w:t>
            </w:r>
            <w:r>
              <w:t xml:space="preserve"> ​</w:t>
            </w:r>
            <w:r>
              <w:rPr>
                <w:rStyle w:val="CVToolMark"/>
              </w:rPr>
              <w:t xml:space="preserve"> </w:t>
            </w:r>
            <w:r>
              <w:rPr>
                <w:rStyle w:val="CVTool"/>
              </w:rPr>
              <w:t xml:space="preserve"> Ruff </w:t>
            </w:r>
            <w:r>
              <w:t xml:space="preserve"> ​</w:t>
            </w:r>
            <w:r>
              <w:rPr>
                <w:rStyle w:val="CVToolMark"/>
              </w:rPr>
              <w:t xml:space="preserve"> </w:t>
            </w:r>
            <w:r>
              <w:rPr>
                <w:rStyle w:val="CVTool"/>
              </w:rPr>
              <w:t xml:space="preserve"> Claude </w:t>
            </w:r>
            <w:r>
              <w:t xml:space="preserve"> ​</w:t>
            </w:r>
          </w:p>
          <w:p>
            <w:pPr>
              <w:pStyle w:val="Heading2"/>
            </w:pPr>
            <w:r>
              <w:rPr/>
              <w:t>Senior AI Engineer (Contractor) at Aloi AI, Stockholm</w:t>
            </w:r>
          </w:p>
          <w:p>
            <w:pPr>
              <w:pStyle w:val="Date"/>
            </w:pPr>
            <w:r>
              <w:rPr/>
              <w:t>APR 2025 - JUL 2025</w:t>
            </w:r>
          </w:p>
          <w:p>
            <w:pPr>
              <w:pStyle w:val="ListParagraph"/>
              <w:numPr>
                <w:ilvl w:val="0"/>
                <w:numId w:val="90"/>
              </w:numPr>
            </w:pPr>
            <w:r>
              <w:rPr/>
              <w:t xml:space="preserve">Enhanced </w:t>
            </w:r>
            <w:r>
              <w:rPr>
                <w:rStyle w:val="CVStrong"/>
              </w:rPr>
              <w:t>retrieval-augmented generation (RAG)</w:t>
            </w:r>
            <w:r>
              <w:rPr/>
              <w:t xml:space="preserve"> pipelines for Aloi’s AI-driven legal clause completion product, improving accuracy and relevance for contract drafting support.</w:t>
            </w:r>
          </w:p>
          <w:p>
            <w:pPr>
              <w:pStyle w:val="ListParagraph"/>
              <w:numPr>
                <w:ilvl w:val="0"/>
                <w:numId w:val="90"/>
              </w:numPr>
            </w:pPr>
            <w:r>
              <w:rPr/>
              <w:t>Developed advanced content extraction and chunking strategies for various legal documents (docx, pptx, pdf etc), including automated agreement-type classification and structure-preserving parsing.</w:t>
            </w:r>
          </w:p>
          <w:p>
            <w:pPr>
              <w:pStyle w:val="ListParagraph"/>
              <w:numPr>
                <w:ilvl w:val="0"/>
                <w:numId w:val="90"/>
              </w:numPr>
            </w:pPr>
            <w:r>
              <w:rPr/>
              <w:t>Built a specialized pipeline for investor presentations, leveraging visual element detection and asynchronous processing to rapidly locate relevant pages and extract key data.</w:t>
            </w:r>
          </w:p>
          <w:p>
            <w:pPr>
              <w:pStyle w:val="ListParagraph"/>
              <w:numPr>
                <w:ilvl w:val="0"/>
                <w:numId w:val="90"/>
              </w:numPr>
            </w:pPr>
            <w:r>
              <w:rPr/>
              <w:t xml:space="preserve">Significantly improved RAG retrieval quality using </w:t>
            </w:r>
            <w:r>
              <w:rPr>
                <w:rStyle w:val="CVStrong"/>
              </w:rPr>
              <w:t>re-ranking</w:t>
            </w:r>
            <w:r>
              <w:rPr/>
              <w:t xml:space="preserve"> and other retrieval optimization techniques, boosting downstream clause completion performance.</w:t>
            </w:r>
          </w:p>
          <w:p>
            <w:pPr>
              <w:pStyle w:val="CVTools"/>
            </w:pPr>
            <w:r>
              <w:rPr>
                <w:rStyle w:val="CVToolMark"/>
              </w:rPr>
              <w:t xml:space="preserve"> </w:t>
            </w:r>
            <w:r>
              <w:rPr>
                <w:rStyle w:val="CVTool"/>
              </w:rPr>
              <w:t xml:space="preserve"> Azure OpenAI </w:t>
            </w:r>
            <w:r>
              <w:t xml:space="preserve"> ​</w:t>
            </w:r>
            <w:r>
              <w:rPr>
                <w:rStyle w:val="CVToolMark"/>
              </w:rPr>
              <w:t xml:space="preserve"> </w:t>
            </w:r>
            <w:r>
              <w:rPr>
                <w:rStyle w:val="CVTool"/>
              </w:rPr>
              <w:t xml:space="preserve"> Azure Cohere </w:t>
            </w:r>
            <w:r>
              <w:t xml:space="preserve"> ​</w:t>
            </w:r>
            <w:r>
              <w:rPr>
                <w:rStyle w:val="CVToolMark"/>
              </w:rPr>
              <w:t xml:space="preserve"> </w:t>
            </w:r>
            <w:r>
              <w:rPr>
                <w:rStyle w:val="CVTool"/>
              </w:rPr>
              <w:t xml:space="preserve"> Python </w:t>
            </w:r>
            <w:r>
              <w:t xml:space="preserve"> ​</w:t>
            </w:r>
            <w:r>
              <w:rPr>
                <w:rStyle w:val="CVToolMark"/>
              </w:rPr>
              <w:t xml:space="preserve"> </w:t>
            </w:r>
            <w:r>
              <w:rPr>
                <w:rStyle w:val="CVTool"/>
              </w:rPr>
              <w:t xml:space="preserve"> FastAPI </w:t>
            </w:r>
            <w:r>
              <w:t xml:space="preserve"> ​</w:t>
            </w:r>
            <w:r>
              <w:rPr>
                <w:rStyle w:val="CVToolMark"/>
              </w:rPr>
              <w:t xml:space="preserve"> </w:t>
            </w:r>
            <w:r>
              <w:rPr>
                <w:rStyle w:val="CVTool"/>
              </w:rPr>
              <w:t xml:space="preserve"> Docker </w:t>
            </w:r>
            <w:r>
              <w:t xml:space="preserve"> ​</w:t>
            </w:r>
            <w:r>
              <w:rPr>
                <w:rStyle w:val="CVToolMark"/>
              </w:rPr>
              <w:t xml:space="preserve"> </w:t>
            </w:r>
            <w:r>
              <w:rPr>
                <w:rStyle w:val="CVTool"/>
              </w:rPr>
              <w:t xml:space="preserve"> MyPy </w:t>
            </w:r>
            <w:r>
              <w:t xml:space="preserve"> ​</w:t>
            </w:r>
            <w:r>
              <w:rPr>
                <w:rStyle w:val="CVToolMark"/>
              </w:rPr>
              <w:t xml:space="preserve"> </w:t>
            </w:r>
            <w:r>
              <w:rPr>
                <w:rStyle w:val="CVTool"/>
              </w:rPr>
              <w:t xml:space="preserve"> Ruff </w:t>
            </w:r>
            <w:r>
              <w:t xml:space="preserve"> ​</w:t>
            </w:r>
            <w:r>
              <w:rPr>
                <w:rStyle w:val="CVToolMark"/>
              </w:rPr>
              <w:t xml:space="preserve"> </w:t>
            </w:r>
            <w:r>
              <w:rPr>
                <w:rStyle w:val="CVTool"/>
              </w:rPr>
              <w:t xml:space="preserve"> PGVector </w:t>
            </w:r>
            <w:r>
              <w:t xml:space="preserve"> ​</w:t>
            </w:r>
            <w:r>
              <w:rPr>
                <w:rStyle w:val="CVToolMark"/>
              </w:rPr>
              <w:t xml:space="preserve"> </w:t>
            </w:r>
            <w:r>
              <w:rPr>
                <w:rStyle w:val="CVTool"/>
              </w:rPr>
              <w:t xml:space="preserve"> Postgres </w:t>
            </w:r>
            <w:r>
              <w:t xml:space="preserve"> ​</w:t>
            </w:r>
            <w:r>
              <w:rPr>
                <w:rStyle w:val="CVToolMark"/>
              </w:rPr>
              <w:t xml:space="preserve"> </w:t>
            </w:r>
            <w:r>
              <w:rPr>
                <w:rStyle w:val="CVTool"/>
              </w:rPr>
              <w:t xml:space="preserve"> Pytest </w:t>
            </w:r>
            <w:r>
              <w:t xml:space="preserve"> ​</w:t>
            </w:r>
            <w:r>
              <w:rPr>
                <w:rStyle w:val="CVToolMark"/>
              </w:rPr>
              <w:t xml:space="preserve"> </w:t>
            </w:r>
            <w:r>
              <w:rPr>
                <w:rStyle w:val="CVTool"/>
              </w:rPr>
              <w:t xml:space="preserve"> SQLAlchemy </w:t>
            </w:r>
            <w:r>
              <w:t xml:space="preserve"> ​</w:t>
            </w:r>
          </w:p>
          <w:p>
            <w:pPr>
              <w:pStyle w:val="Heading2"/>
            </w:pPr>
            <w:r>
              <w:rPr/>
              <w:t>Senior AI Engineer (Contractor) at Nordea AB, Financial Crime Prevention Unit, Stockholm</w:t>
            </w:r>
          </w:p>
          <w:p>
            <w:pPr>
              <w:pStyle w:val="Date"/>
            </w:pPr>
            <w:r>
              <w:rPr/>
              <w:t>JAN 2025 - APR 2025</w:t>
            </w:r>
          </w:p>
          <w:p>
            <w:pPr>
              <w:pStyle w:val="ListParagraph"/>
              <w:numPr>
                <w:ilvl w:val="0"/>
                <w:numId w:val="90"/>
              </w:numPr>
            </w:pPr>
            <w:r>
              <w:rPr/>
              <w:t xml:space="preserve">Completely re-architected, re-wrote and productionalized an existing toy proof of concept tool (to a working production system) to </w:t>
            </w:r>
            <w:r>
              <w:rPr>
                <w:rStyle w:val="CVStrong"/>
              </w:rPr>
              <w:t>automate detection of financial crime</w:t>
            </w:r>
            <w:r>
              <w:rPr/>
              <w:t xml:space="preserve"> based on stated and actual transactional behavior.</w:t>
            </w:r>
          </w:p>
          <w:p>
            <w:pPr>
              <w:pStyle w:val="CVTools"/>
            </w:pPr>
            <w:r>
              <w:rPr>
                <w:rStyle w:val="CVToolMark"/>
              </w:rPr>
              <w:t xml:space="preserve"> </w:t>
            </w:r>
            <w:r>
              <w:rPr>
                <w:rStyle w:val="CVTool"/>
              </w:rPr>
              <w:t xml:space="preserve"> Python </w:t>
            </w:r>
            <w:r>
              <w:t xml:space="preserve"> ​</w:t>
            </w:r>
            <w:r>
              <w:rPr>
                <w:rStyle w:val="CVToolMark"/>
              </w:rPr>
              <w:t xml:space="preserve"> </w:t>
            </w:r>
            <w:r>
              <w:rPr>
                <w:rStyle w:val="CVTool"/>
              </w:rPr>
              <w:t xml:space="preserve"> MyPy </w:t>
            </w:r>
            <w:r>
              <w:t xml:space="preserve"> ​</w:t>
            </w:r>
            <w:r>
              <w:rPr>
                <w:rStyle w:val="CVToolMark"/>
              </w:rPr>
              <w:t xml:space="preserve"> </w:t>
            </w:r>
            <w:r>
              <w:rPr>
                <w:rStyle w:val="CVTool"/>
              </w:rPr>
              <w:t xml:space="preserve"> Ruff </w:t>
            </w:r>
            <w:r>
              <w:t xml:space="preserve"> ​</w:t>
            </w:r>
            <w:r>
              <w:rPr>
                <w:rStyle w:val="CVToolMark"/>
              </w:rPr>
              <w:t xml:space="preserve"> </w:t>
            </w:r>
            <w:r>
              <w:rPr>
                <w:rStyle w:val="CVTool"/>
              </w:rPr>
              <w:t xml:space="preserve"> Pytest </w:t>
            </w:r>
            <w:r>
              <w:t xml:space="preserve"> ​</w:t>
            </w:r>
            <w:r>
              <w:rPr>
                <w:rStyle w:val="CVToolMark"/>
              </w:rPr>
              <w:t xml:space="preserve"> </w:t>
            </w:r>
            <w:r>
              <w:rPr>
                <w:rStyle w:val="CVTool"/>
              </w:rPr>
              <w:t xml:space="preserve"> Arize AI Phoenix </w:t>
            </w:r>
            <w:r>
              <w:t xml:space="preserve"> ​</w:t>
            </w:r>
            <w:r>
              <w:rPr>
                <w:rStyle w:val="CVToolMark"/>
              </w:rPr>
              <w:t xml:space="preserve"> </w:t>
            </w:r>
            <w:r>
              <w:rPr>
                <w:rStyle w:val="CVTool"/>
              </w:rPr>
              <w:t xml:space="preserve"> LangGraph </w:t>
            </w:r>
            <w:r>
              <w:t xml:space="preserve"> ​</w:t>
            </w:r>
            <w:r>
              <w:rPr>
                <w:rStyle w:val="CVToolMark"/>
              </w:rPr>
              <w:t xml:space="preserve"> </w:t>
            </w:r>
            <w:r>
              <w:rPr>
                <w:rStyle w:val="CVTool"/>
              </w:rPr>
              <w:t xml:space="preserve"> Chainlit </w:t>
            </w:r>
            <w:r>
              <w:t xml:space="preserve"> ​</w:t>
            </w:r>
            <w:r>
              <w:rPr>
                <w:rStyle w:val="CVToolMark"/>
              </w:rPr>
              <w:t xml:space="preserve"> </w:t>
            </w:r>
            <w:r>
              <w:rPr>
                <w:rStyle w:val="CVTool"/>
              </w:rPr>
              <w:t xml:space="preserve"> Anthropic Claude </w:t>
            </w:r>
            <w:r>
              <w:t xml:space="preserve"> ​</w:t>
            </w:r>
            <w:r>
              <w:rPr>
                <w:rStyle w:val="CVToolMark"/>
              </w:rPr>
              <w:t xml:space="preserve"> </w:t>
            </w:r>
            <w:r>
              <w:rPr>
                <w:rStyle w:val="CVTool"/>
              </w:rPr>
              <w:t xml:space="preserve"> Docker </w:t>
            </w:r>
            <w:r>
              <w:t xml:space="preserve"> ​</w:t>
            </w:r>
            <w:r>
              <w:rPr>
                <w:rStyle w:val="CVToolMark"/>
              </w:rPr>
              <w:t xml:space="preserve"> </w:t>
            </w:r>
            <w:r>
              <w:rPr>
                <w:rStyle w:val="CVTool"/>
              </w:rPr>
              <w:t xml:space="preserve"> AWS </w:t>
            </w:r>
            <w:r>
              <w:t xml:space="preserve"> ​</w:t>
            </w:r>
            <w:r>
              <w:rPr>
                <w:rStyle w:val="CVToolMark"/>
              </w:rPr>
              <w:t xml:space="preserve"> </w:t>
            </w:r>
            <w:r>
              <w:rPr>
                <w:rStyle w:val="CVTool"/>
              </w:rPr>
              <w:t xml:space="preserve"> Hadoop </w:t>
            </w:r>
            <w:r>
              <w:t xml:space="preserve"> ​</w:t>
            </w:r>
          </w:p>
          <w:p>
            <w:pPr>
              <w:pStyle w:val="Heading2"/>
            </w:pPr>
            <w:r>
              <w:rPr/>
              <w:t>Senior AI Engineer (Contractor) at Byggfakta, Stockholm</w:t>
            </w:r>
          </w:p>
          <w:p>
            <w:pPr>
              <w:pStyle w:val="Date"/>
            </w:pPr>
            <w:r>
              <w:rPr/>
              <w:t>JUN 2024 - JAN 2025</w:t>
            </w:r>
          </w:p>
          <w:p>
            <w:pPr>
              <w:pStyle w:val="ListParagraph"/>
              <w:numPr>
                <w:ilvl w:val="0"/>
                <w:numId w:val="90"/>
              </w:numPr>
            </w:pPr>
            <w:r>
              <w:rPr/>
              <w:t xml:space="preserve">Developed a </w:t>
            </w:r>
            <w:r>
              <w:rPr>
                <w:rStyle w:val="CVStrong"/>
              </w:rPr>
              <w:t>conversational AI</w:t>
            </w:r>
            <w:r>
              <w:rPr/>
              <w:t xml:space="preserve"> to streamline project searches, replacing a complex filter system with a more user-friendly and intuitive interface.</w:t>
            </w:r>
          </w:p>
          <w:p>
            <w:pPr>
              <w:pStyle w:val="ListParagraph"/>
              <w:numPr>
                <w:ilvl w:val="0"/>
                <w:numId w:val="90"/>
              </w:numPr>
            </w:pPr>
            <w:r>
              <w:rPr/>
              <w:t>Enabled users to search for projects with minimal input, reducing the cognitive load associated with navigating numerous filters and categories.</w:t>
            </w:r>
          </w:p>
          <w:p>
            <w:pPr>
              <w:pStyle w:val="ListParagraph"/>
              <w:numPr>
                <w:ilvl w:val="0"/>
                <w:numId w:val="90"/>
              </w:numPr>
            </w:pPr>
            <w:r>
              <w:rPr/>
              <w:t xml:space="preserve">Developed a </w:t>
            </w:r>
            <w:r>
              <w:rPr>
                <w:rStyle w:val="CVStrong"/>
              </w:rPr>
              <w:t>hybrid recommendations system</w:t>
            </w:r>
            <w:r>
              <w:rPr/>
              <w:t xml:space="preserve"> to give more relevant construction project recommendations to customers.</w:t>
            </w:r>
          </w:p>
          <w:p>
            <w:pPr>
              <w:pStyle w:val="ListParagraph"/>
              <w:numPr>
                <w:ilvl w:val="0"/>
                <w:numId w:val="90"/>
              </w:numPr>
            </w:pPr>
            <w:r>
              <w:rPr/>
              <w:t>Developed a (construction) role predictor for a projects.</w:t>
            </w:r>
          </w:p>
          <w:p>
            <w:pPr>
              <w:pStyle w:val="CVTools"/>
            </w:pPr>
            <w:r>
              <w:rPr>
                <w:rStyle w:val="CVToolMark"/>
              </w:rPr>
              <w:t xml:space="preserve"> </w:t>
            </w:r>
            <w:r>
              <w:rPr>
                <w:rStyle w:val="CVTool"/>
              </w:rPr>
              <w:t xml:space="preserve"> Python </w:t>
            </w:r>
            <w:r>
              <w:t xml:space="preserve"> ​</w:t>
            </w:r>
            <w:r>
              <w:rPr>
                <w:rStyle w:val="CVToolMark"/>
              </w:rPr>
              <w:t xml:space="preserve"> </w:t>
            </w:r>
            <w:r>
              <w:rPr>
                <w:rStyle w:val="CVTool"/>
              </w:rPr>
              <w:t xml:space="preserve"> Langchain </w:t>
            </w:r>
            <w:r>
              <w:t xml:space="preserve"> ​</w:t>
            </w:r>
            <w:r>
              <w:rPr>
                <w:rStyle w:val="CVToolMark"/>
              </w:rPr>
              <w:t xml:space="preserve"> </w:t>
            </w:r>
            <w:r>
              <w:rPr>
                <w:rStyle w:val="CVTool"/>
              </w:rPr>
              <w:t xml:space="preserve"> Chainlit </w:t>
            </w:r>
            <w:r>
              <w:t xml:space="preserve"> ​</w:t>
            </w:r>
            <w:r>
              <w:rPr>
                <w:rStyle w:val="CVToolMark"/>
              </w:rPr>
              <w:t xml:space="preserve"> </w:t>
            </w:r>
            <w:r>
              <w:rPr>
                <w:rStyle w:val="CVTool"/>
              </w:rPr>
              <w:t xml:space="preserve"> GPT-4o </w:t>
            </w:r>
            <w:r>
              <w:t xml:space="preserve"> ​</w:t>
            </w:r>
            <w:r>
              <w:rPr>
                <w:rStyle w:val="CVToolMark"/>
              </w:rPr>
              <w:t xml:space="preserve"> </w:t>
            </w:r>
            <w:r>
              <w:rPr>
                <w:rStyle w:val="CVTool"/>
              </w:rPr>
              <w:t xml:space="preserve"> function calling </w:t>
            </w:r>
            <w:r>
              <w:t xml:space="preserve"> ​</w:t>
            </w:r>
            <w:r>
              <w:rPr>
                <w:rStyle w:val="CVToolMark"/>
              </w:rPr>
              <w:t xml:space="preserve"> </w:t>
            </w:r>
            <w:r>
              <w:rPr>
                <w:rStyle w:val="CVTool"/>
              </w:rPr>
              <w:t xml:space="preserve"> Catboost (gradient boosted decision trees) </w:t>
            </w:r>
            <w:r>
              <w:t xml:space="preserve"> ​</w:t>
            </w:r>
            <w:r>
              <w:rPr>
                <w:rStyle w:val="CVToolMark"/>
              </w:rPr>
              <w:t xml:space="preserve"> </w:t>
            </w:r>
            <w:r>
              <w:rPr>
                <w:rStyle w:val="CVTool"/>
              </w:rPr>
              <w:t xml:space="preserve"> FastAPI </w:t>
            </w:r>
            <w:r>
              <w:t xml:space="preserve"> ​</w:t>
            </w:r>
            <w:r>
              <w:rPr>
                <w:rStyle w:val="CVToolMark"/>
              </w:rPr>
              <w:t xml:space="preserve"> </w:t>
            </w:r>
            <w:r>
              <w:rPr>
                <w:rStyle w:val="CVTool"/>
              </w:rPr>
              <w:t xml:space="preserve"> DuckDB </w:t>
            </w:r>
            <w:r>
              <w:t xml:space="preserve"> ​</w:t>
            </w:r>
            <w:r>
              <w:rPr>
                <w:rStyle w:val="CVToolMark"/>
              </w:rPr>
              <w:t xml:space="preserve"> </w:t>
            </w:r>
            <w:r>
              <w:rPr>
                <w:rStyle w:val="CVTool"/>
              </w:rPr>
              <w:t xml:space="preserve"> SQL Server </w:t>
            </w:r>
            <w:r>
              <w:t xml:space="preserve"> ​</w:t>
            </w:r>
            <w:r>
              <w:rPr>
                <w:rStyle w:val="CVToolMark"/>
              </w:rPr>
              <w:t xml:space="preserve"> </w:t>
            </w:r>
            <w:r>
              <w:rPr>
                <w:rStyle w:val="CVTool"/>
              </w:rPr>
              <w:t xml:space="preserve"> Azure </w:t>
            </w:r>
            <w:r>
              <w:t xml:space="preserve"> ​</w:t>
            </w:r>
            <w:r>
              <w:rPr>
                <w:rStyle w:val="CVToolMark"/>
              </w:rPr>
              <w:t xml:space="preserve"> </w:t>
            </w:r>
            <w:r>
              <w:rPr>
                <w:rStyle w:val="CVTool"/>
              </w:rPr>
              <w:t xml:space="preserve"> Docker </w:t>
            </w:r>
            <w:r>
              <w:t xml:space="preserve"> ​</w:t>
            </w:r>
          </w:p>
          <w:p>
            <w:pPr>
              <w:pStyle w:val="Heading2"/>
            </w:pPr>
            <w:r>
              <w:rPr/>
              <w:t>Senior AI Engineer (Contractor) at EQT Partners, Stockholm</w:t>
            </w:r>
          </w:p>
          <w:p>
            <w:pPr>
              <w:pStyle w:val="Date"/>
            </w:pPr>
            <w:r>
              <w:rPr/>
              <w:t>AUG 2023 - APR 2024</w:t>
            </w:r>
          </w:p>
          <w:p>
            <w:pPr>
              <w:pStyle w:val="ListParagraph"/>
              <w:numPr>
                <w:ilvl w:val="0"/>
                <w:numId w:val="90"/>
              </w:numPr>
            </w:pPr>
            <w:r>
              <w:rPr/>
              <w:t xml:space="preserve">Created a </w:t>
            </w:r>
            <w:r>
              <w:rPr>
                <w:rStyle w:val="CVStrong"/>
              </w:rPr>
              <w:t>multi-stage AI assistant</w:t>
            </w:r>
            <w:r>
              <w:rPr/>
              <w:t xml:space="preserve"> (RAG-based) to answer investor queries accurately by processing complex documents.</w:t>
            </w:r>
          </w:p>
          <w:p>
            <w:pPr>
              <w:pStyle w:val="ListParagraph"/>
              <w:numPr>
                <w:ilvl w:val="0"/>
                <w:numId w:val="90"/>
              </w:numPr>
            </w:pPr>
            <w:r>
              <w:rPr/>
              <w:t>Implemented a method to extract content from PDFs, Word, and PowerPoint files while maintaining the original structure, greatly improving document handling for AI systems.</w:t>
            </w:r>
          </w:p>
          <w:p>
            <w:pPr>
              <w:pStyle w:val="ListParagraph"/>
              <w:numPr>
                <w:ilvl w:val="0"/>
                <w:numId w:val="90"/>
              </w:numPr>
            </w:pPr>
            <w:r>
              <w:rPr/>
              <w:t xml:space="preserve">Designed and deployed an </w:t>
            </w:r>
            <w:r>
              <w:rPr>
                <w:rStyle w:val="CVStrong"/>
              </w:rPr>
              <w:t>automated evaluation framework</w:t>
            </w:r>
            <w:r>
              <w:rPr/>
              <w:t xml:space="preserve"> for tracking and measuring the assistant’s accuracy over time.</w:t>
            </w:r>
          </w:p>
          <w:p>
            <w:pPr>
              <w:pStyle w:val="CVTools"/>
            </w:pPr>
            <w:r>
              <w:rPr>
                <w:rStyle w:val="CVToolMark"/>
              </w:rPr>
              <w:t xml:space="preserve"> </w:t>
            </w:r>
            <w:r>
              <w:rPr>
                <w:rStyle w:val="CVTool"/>
              </w:rPr>
              <w:t xml:space="preserve"> Python </w:t>
            </w:r>
            <w:r>
              <w:t xml:space="preserve"> ​</w:t>
            </w:r>
            <w:r>
              <w:rPr>
                <w:rStyle w:val="CVToolMark"/>
              </w:rPr>
              <w:t xml:space="preserve"> </w:t>
            </w:r>
            <w:r>
              <w:rPr>
                <w:rStyle w:val="CVTool"/>
              </w:rPr>
              <w:t xml:space="preserve"> Langchain </w:t>
            </w:r>
            <w:r>
              <w:t xml:space="preserve"> ​</w:t>
            </w:r>
            <w:r>
              <w:rPr>
                <w:rStyle w:val="CVToolMark"/>
              </w:rPr>
              <w:t xml:space="preserve"> </w:t>
            </w:r>
            <w:r>
              <w:rPr>
                <w:rStyle w:val="CVTool"/>
              </w:rPr>
              <w:t xml:space="preserve"> FastAPI </w:t>
            </w:r>
            <w:r>
              <w:t xml:space="preserve"> ​</w:t>
            </w:r>
            <w:r>
              <w:rPr>
                <w:rStyle w:val="CVToolMark"/>
              </w:rPr>
              <w:t xml:space="preserve"> </w:t>
            </w:r>
            <w:r>
              <w:rPr>
                <w:rStyle w:val="CVTool"/>
              </w:rPr>
              <w:t xml:space="preserve"> SlackBolt </w:t>
            </w:r>
            <w:r>
              <w:t xml:space="preserve"> ​</w:t>
            </w:r>
            <w:r>
              <w:rPr>
                <w:rStyle w:val="CVToolMark"/>
              </w:rPr>
              <w:t xml:space="preserve"> </w:t>
            </w:r>
            <w:r>
              <w:rPr>
                <w:rStyle w:val="CVTool"/>
              </w:rPr>
              <w:t xml:space="preserve"> GPT-3.5 </w:t>
            </w:r>
            <w:r>
              <w:t xml:space="preserve"> ​</w:t>
            </w:r>
            <w:r>
              <w:rPr>
                <w:rStyle w:val="CVToolMark"/>
              </w:rPr>
              <w:t xml:space="preserve"> </w:t>
            </w:r>
            <w:r>
              <w:rPr>
                <w:rStyle w:val="CVTool"/>
              </w:rPr>
              <w:t xml:space="preserve"> GPT-4 </w:t>
            </w:r>
            <w:r>
              <w:t xml:space="preserve"> ​</w:t>
            </w:r>
            <w:r>
              <w:rPr>
                <w:rStyle w:val="CVToolMark"/>
              </w:rPr>
              <w:t xml:space="preserve"> </w:t>
            </w:r>
            <w:r>
              <w:rPr>
                <w:rStyle w:val="CVTool"/>
              </w:rPr>
              <w:t xml:space="preserve"> Pinecone (Vector database) </w:t>
            </w:r>
            <w:r>
              <w:t xml:space="preserve"> ​</w:t>
            </w:r>
            <w:r>
              <w:rPr>
                <w:rStyle w:val="CVToolMark"/>
              </w:rPr>
              <w:t xml:space="preserve"> </w:t>
            </w:r>
            <w:r>
              <w:rPr>
                <w:rStyle w:val="CVTool"/>
              </w:rPr>
              <w:t xml:space="preserve"> Docker </w:t>
            </w:r>
            <w:r>
              <w:t xml:space="preserve"> ​</w:t>
            </w:r>
          </w:p>
          <w:p>
            <w:pPr>
              <w:pStyle w:val="Heading2"/>
            </w:pPr>
            <w:r>
              <w:rPr/>
              <w:t>Senior Machine Learning Engineer (Contractor) at Lingio, Stockholm</w:t>
            </w:r>
          </w:p>
          <w:p>
            <w:pPr>
              <w:pStyle w:val="Date"/>
            </w:pPr>
            <w:r>
              <w:rPr/>
              <w:t>NOV 2022 - JUN 2024</w:t>
            </w:r>
          </w:p>
          <w:p>
            <w:pPr>
              <w:pStyle w:val="ListParagraph"/>
              <w:numPr>
                <w:ilvl w:val="0"/>
                <w:numId w:val="90"/>
              </w:numPr>
            </w:pPr>
            <w:r>
              <w:rPr/>
              <w:t>Developed AI-driven tools for translating, summarizing, and generating content, enhancing the efficiency of content creation processes.</w:t>
            </w:r>
          </w:p>
          <w:p>
            <w:pPr>
              <w:pStyle w:val="ListParagraph"/>
              <w:numPr>
                <w:ilvl w:val="0"/>
                <w:numId w:val="90"/>
              </w:numPr>
            </w:pPr>
            <w:r>
              <w:rPr/>
              <w:t xml:space="preserve">Fine-tuned </w:t>
            </w:r>
            <w:r>
              <w:rPr>
                <w:rStyle w:val="CVStrong"/>
              </w:rPr>
              <w:t>open-source language models</w:t>
            </w:r>
            <w:r>
              <w:rPr/>
              <w:t xml:space="preserve"> for specific tasks, improving performance and integration with the generative AI product.</w:t>
            </w:r>
          </w:p>
          <w:p>
            <w:pPr>
              <w:pStyle w:val="ListParagraph"/>
              <w:numPr>
                <w:ilvl w:val="0"/>
                <w:numId w:val="90"/>
              </w:numPr>
            </w:pPr>
            <w:r>
              <w:rPr/>
              <w:t xml:space="preserve">Delivered production-quality services, now embedded at the </w:t>
            </w:r>
            <w:r>
              <w:rPr>
                <w:rStyle w:val="CVStrong"/>
              </w:rPr>
              <w:t>core of Lingio’s generative AI offerings</w:t>
            </w:r>
            <w:r>
              <w:rPr/>
              <w:t>.</w:t>
            </w:r>
          </w:p>
          <w:p>
            <w:pPr>
              <w:pStyle w:val="CVTools"/>
            </w:pPr>
            <w:r>
              <w:rPr>
                <w:rStyle w:val="CVToolMark"/>
              </w:rPr>
              <w:t xml:space="preserve"> </w:t>
            </w:r>
            <w:r>
              <w:rPr>
                <w:rStyle w:val="CVTool"/>
              </w:rPr>
              <w:t xml:space="preserve"> GPT-3 </w:t>
            </w:r>
            <w:r>
              <w:t xml:space="preserve"> ​</w:t>
            </w:r>
            <w:r>
              <w:rPr>
                <w:rStyle w:val="CVToolMark"/>
              </w:rPr>
              <w:t xml:space="preserve"> </w:t>
            </w:r>
            <w:r>
              <w:rPr>
                <w:rStyle w:val="CVTool"/>
              </w:rPr>
              <w:t xml:space="preserve"> Python </w:t>
            </w:r>
            <w:r>
              <w:t xml:space="preserve"> ​</w:t>
            </w:r>
            <w:r>
              <w:rPr>
                <w:rStyle w:val="CVToolMark"/>
              </w:rPr>
              <w:t xml:space="preserve"> </w:t>
            </w:r>
            <w:r>
              <w:rPr>
                <w:rStyle w:val="CVTool"/>
              </w:rPr>
              <w:t xml:space="preserve"> FastAPI </w:t>
            </w:r>
            <w:r>
              <w:t xml:space="preserve"> ​</w:t>
            </w:r>
            <w:r>
              <w:rPr>
                <w:rStyle w:val="CVToolMark"/>
              </w:rPr>
              <w:t xml:space="preserve"> </w:t>
            </w:r>
            <w:r>
              <w:rPr>
                <w:rStyle w:val="CVTool"/>
              </w:rPr>
              <w:t xml:space="preserve"> Pytorch </w:t>
            </w:r>
            <w:r>
              <w:t xml:space="preserve"> ​</w:t>
            </w:r>
            <w:r>
              <w:rPr>
                <w:rStyle w:val="CVToolMark"/>
              </w:rPr>
              <w:t xml:space="preserve"> </w:t>
            </w:r>
            <w:r>
              <w:rPr>
                <w:rStyle w:val="CVTool"/>
              </w:rPr>
              <w:t xml:space="preserve"> LoRA </w:t>
            </w:r>
            <w:r>
              <w:t xml:space="preserve"> ​</w:t>
            </w:r>
            <w:r>
              <w:rPr>
                <w:rStyle w:val="CVToolMark"/>
              </w:rPr>
              <w:t xml:space="preserve"> </w:t>
            </w:r>
            <w:r>
              <w:rPr>
                <w:rStyle w:val="CVTool"/>
              </w:rPr>
              <w:t xml:space="preserve"> Docker </w:t>
            </w:r>
            <w:r>
              <w:t xml:space="preserve"> ​</w:t>
            </w:r>
            <w:r>
              <w:rPr>
                <w:rStyle w:val="CVToolMark"/>
              </w:rPr>
              <w:t xml:space="preserve"> </w:t>
            </w:r>
            <w:r>
              <w:rPr>
                <w:rStyle w:val="CVTool"/>
              </w:rPr>
              <w:t xml:space="preserve"> GCP Kubernetes </w:t>
            </w:r>
            <w:r>
              <w:t xml:space="preserve"> ​</w:t>
            </w:r>
          </w:p>
          <w:p>
            <w:pPr>
              <w:pStyle w:val="Heading2"/>
            </w:pPr>
            <w:r>
              <w:rPr/>
              <w:t>Senior Machine Learning Engineer at Kry/Livi, Stockholm</w:t>
            </w:r>
          </w:p>
          <w:p>
            <w:pPr>
              <w:pStyle w:val="Date"/>
            </w:pPr>
            <w:r>
              <w:rPr/>
              <w:t>SEP 2021 - OCT 2022</w:t>
            </w:r>
          </w:p>
          <w:p>
            <w:pPr>
              <w:pStyle w:val="ListParagraph"/>
              <w:numPr>
                <w:ilvl w:val="0"/>
                <w:numId w:val="90"/>
              </w:numPr>
            </w:pPr>
            <w:r>
              <w:rPr/>
              <w:t xml:space="preserve">Designed and deployed a </w:t>
            </w:r>
            <w:r>
              <w:rPr>
                <w:rStyle w:val="CVStrong"/>
              </w:rPr>
              <w:t>CatBoost model</w:t>
            </w:r>
            <w:r>
              <w:rPr/>
              <w:t xml:space="preserve"> to classify the level of care required for patients, enhancing the triage process.</w:t>
            </w:r>
          </w:p>
          <w:p>
            <w:pPr>
              <w:pStyle w:val="ListParagraph"/>
              <w:numPr>
                <w:ilvl w:val="0"/>
                <w:numId w:val="90"/>
              </w:numPr>
            </w:pPr>
            <w:r>
              <w:rPr/>
              <w:t xml:space="preserve">Led the development of an </w:t>
            </w:r>
            <w:r>
              <w:rPr>
                <w:rStyle w:val="CVStrong"/>
              </w:rPr>
              <w:t>RNN-based model</w:t>
            </w:r>
            <w:r>
              <w:rPr/>
              <w:t xml:space="preserve"> to predict patient wait times, providing more accurate service level expectations.</w:t>
            </w:r>
          </w:p>
          <w:p>
            <w:pPr>
              <w:pStyle w:val="ListParagraph"/>
              <w:numPr>
                <w:ilvl w:val="0"/>
                <w:numId w:val="90"/>
              </w:numPr>
            </w:pPr>
            <w:r>
              <w:rPr/>
              <w:t>Re-architected staffing forecasts, optimizing workforce allocation and reducing operational inefficiencies.</w:t>
            </w:r>
          </w:p>
          <w:p>
            <w:pPr>
              <w:pStyle w:val="CVTools"/>
            </w:pPr>
            <w:r>
              <w:rPr>
                <w:rStyle w:val="CVToolMark"/>
              </w:rPr>
              <w:t xml:space="preserve"> </w:t>
            </w:r>
            <w:r>
              <w:rPr>
                <w:rStyle w:val="CVTool"/>
              </w:rPr>
              <w:t xml:space="preserve"> Python </w:t>
            </w:r>
            <w:r>
              <w:t xml:space="preserve"> ​</w:t>
            </w:r>
            <w:r>
              <w:rPr>
                <w:rStyle w:val="CVToolMark"/>
              </w:rPr>
              <w:t xml:space="preserve"> </w:t>
            </w:r>
            <w:r>
              <w:rPr>
                <w:rStyle w:val="CVTool"/>
              </w:rPr>
              <w:t xml:space="preserve"> FastAPI </w:t>
            </w:r>
            <w:r>
              <w:t xml:space="preserve"> ​</w:t>
            </w:r>
            <w:r>
              <w:rPr>
                <w:rStyle w:val="CVToolMark"/>
              </w:rPr>
              <w:t xml:space="preserve"> </w:t>
            </w:r>
            <w:r>
              <w:rPr>
                <w:rStyle w:val="CVTool"/>
              </w:rPr>
              <w:t xml:space="preserve"> TensorFlow </w:t>
            </w:r>
            <w:r>
              <w:t xml:space="preserve"> ​</w:t>
            </w:r>
            <w:r>
              <w:rPr>
                <w:rStyle w:val="CVToolMark"/>
              </w:rPr>
              <w:t xml:space="preserve"> </w:t>
            </w:r>
            <w:r>
              <w:rPr>
                <w:rStyle w:val="CVTool"/>
              </w:rPr>
              <w:t xml:space="preserve"> Pytorch </w:t>
            </w:r>
            <w:r>
              <w:t xml:space="preserve"> ​</w:t>
            </w:r>
            <w:r>
              <w:rPr>
                <w:rStyle w:val="CVToolMark"/>
              </w:rPr>
              <w:t xml:space="preserve"> </w:t>
            </w:r>
            <w:r>
              <w:rPr>
                <w:rStyle w:val="CVTool"/>
              </w:rPr>
              <w:t xml:space="preserve"> RNN </w:t>
            </w:r>
            <w:r>
              <w:t xml:space="preserve"> ​</w:t>
            </w:r>
            <w:r>
              <w:rPr>
                <w:rStyle w:val="CVToolMark"/>
              </w:rPr>
              <w:t xml:space="preserve"> </w:t>
            </w:r>
            <w:r>
              <w:rPr>
                <w:rStyle w:val="CVTool"/>
              </w:rPr>
              <w:t xml:space="preserve"> CatBoost </w:t>
            </w:r>
            <w:r>
              <w:t xml:space="preserve"> ​</w:t>
            </w:r>
            <w:r>
              <w:rPr>
                <w:rStyle w:val="CVToolMark"/>
              </w:rPr>
              <w:t xml:space="preserve"> </w:t>
            </w:r>
            <w:r>
              <w:rPr>
                <w:rStyle w:val="CVTool"/>
              </w:rPr>
              <w:t xml:space="preserve"> AWS </w:t>
            </w:r>
            <w:r>
              <w:t xml:space="preserve"> ​</w:t>
            </w:r>
            <w:r>
              <w:rPr>
                <w:rStyle w:val="CVToolMark"/>
              </w:rPr>
              <w:t xml:space="preserve"> </w:t>
            </w:r>
            <w:r>
              <w:rPr>
                <w:rStyle w:val="CVTool"/>
              </w:rPr>
              <w:t xml:space="preserve"> Snowflake </w:t>
            </w:r>
            <w:r>
              <w:t xml:space="preserve"> ​</w:t>
            </w:r>
            <w:r>
              <w:rPr>
                <w:rStyle w:val="CVToolMark"/>
              </w:rPr>
              <w:t xml:space="preserve"> </w:t>
            </w:r>
            <w:r>
              <w:rPr>
                <w:rStyle w:val="CVTool"/>
              </w:rPr>
              <w:t xml:space="preserve"> Airflow 2 </w:t>
            </w:r>
            <w:r>
              <w:t xml:space="preserve"> ​</w:t>
            </w:r>
          </w:p>
          <w:p>
            <w:pPr>
              <w:pStyle w:val="Heading2"/>
            </w:pPr>
            <w:r>
              <w:rPr/>
              <w:t>Senior Data/Machine Learning Engineer (Contractor) at IKEA Digital, Stockholm</w:t>
            </w:r>
          </w:p>
          <w:p>
            <w:pPr>
              <w:pStyle w:val="Date"/>
            </w:pPr>
            <w:r>
              <w:rPr/>
              <w:t>JUL 2020 - MAY 2021</w:t>
            </w:r>
          </w:p>
          <w:p>
            <w:pPr>
              <w:pStyle w:val="ListParagraph"/>
              <w:numPr>
                <w:ilvl w:val="0"/>
                <w:numId w:val="90"/>
              </w:numPr>
            </w:pPr>
            <w:r>
              <w:rPr/>
              <w:t xml:space="preserve">Developed a recommendation model (contextual bandit-based) and deployed it for IKEA’s inspirational feed. The model automatically trains every night on a few hundred million examples, and its operation cost for </w:t>
            </w:r>
            <w:r>
              <w:rPr>
                <w:rStyle w:val="CVStrong"/>
              </w:rPr>
              <w:t>42+ markets</w:t>
            </w:r>
            <w:r>
              <w:rPr/>
              <w:t xml:space="preserve"> is multiple factors lower than that of other teams using Google Recommendation API for a single market.</w:t>
            </w:r>
          </w:p>
          <w:p>
            <w:pPr>
              <w:pStyle w:val="ListParagraph"/>
              <w:numPr>
                <w:ilvl w:val="0"/>
                <w:numId w:val="90"/>
              </w:numPr>
            </w:pPr>
            <w:r>
              <w:rPr/>
              <w:t xml:space="preserve">Re-factored and split a monolithic backend into smaller services, enhancing maintainability and performance. Reduced average response time from ~800ms (99th percentile: 3-4s) to </w:t>
            </w:r>
            <w:r>
              <w:rPr>
                <w:rStyle w:val="CVStrong"/>
              </w:rPr>
              <w:t>~200ms</w:t>
            </w:r>
            <w:r>
              <w:rPr/>
              <w:t xml:space="preserve"> (99th percentile: ~500ms), leading to a significant improvement in user experience and reducing operational costs.</w:t>
            </w:r>
          </w:p>
          <w:p>
            <w:pPr>
              <w:pStyle w:val="ListParagraph"/>
              <w:numPr>
                <w:ilvl w:val="0"/>
                <w:numId w:val="90"/>
              </w:numPr>
            </w:pPr>
            <w:r>
              <w:rPr/>
              <w:t xml:space="preserve">Improved data iteration cycles </w:t>
            </w:r>
            <w:r>
              <w:rPr>
                <w:rStyle w:val="CVStrong"/>
              </w:rPr>
              <w:t>from hours to minutes</w:t>
            </w:r>
            <w:r>
              <w:rPr/>
              <w:t>, enabling rapid experimentation and testing of different model architectures.</w:t>
            </w:r>
          </w:p>
          <w:p>
            <w:pPr>
              <w:pStyle w:val="CVTools"/>
            </w:pPr>
            <w:r>
              <w:rPr>
                <w:rStyle w:val="CVToolMark"/>
              </w:rPr>
              <w:t xml:space="preserve"> </w:t>
            </w:r>
            <w:r>
              <w:rPr>
                <w:rStyle w:val="CVTool"/>
              </w:rPr>
              <w:t xml:space="preserve"> Python </w:t>
            </w:r>
            <w:r>
              <w:t xml:space="preserve"> ​</w:t>
            </w:r>
            <w:r>
              <w:rPr>
                <w:rStyle w:val="CVToolMark"/>
              </w:rPr>
              <w:t xml:space="preserve"> </w:t>
            </w:r>
            <w:r>
              <w:rPr>
                <w:rStyle w:val="CVTool"/>
              </w:rPr>
              <w:t xml:space="preserve"> FastAPI </w:t>
            </w:r>
            <w:r>
              <w:t xml:space="preserve"> ​</w:t>
            </w:r>
            <w:r>
              <w:rPr>
                <w:rStyle w:val="CVToolMark"/>
              </w:rPr>
              <w:t xml:space="preserve"> </w:t>
            </w:r>
            <w:r>
              <w:rPr>
                <w:rStyle w:val="CVTool"/>
              </w:rPr>
              <w:t xml:space="preserve"> TensorFlow </w:t>
            </w:r>
            <w:r>
              <w:t xml:space="preserve"> ​</w:t>
            </w:r>
            <w:r>
              <w:rPr>
                <w:rStyle w:val="CVToolMark"/>
              </w:rPr>
              <w:t xml:space="preserve"> </w:t>
            </w:r>
            <w:r>
              <w:rPr>
                <w:rStyle w:val="CVTool"/>
              </w:rPr>
              <w:t xml:space="preserve"> Docker </w:t>
            </w:r>
            <w:r>
              <w:t xml:space="preserve"> ​</w:t>
            </w:r>
            <w:r>
              <w:rPr>
                <w:rStyle w:val="CVToolMark"/>
              </w:rPr>
              <w:t xml:space="preserve"> </w:t>
            </w:r>
            <w:r>
              <w:rPr>
                <w:rStyle w:val="CVTool"/>
              </w:rPr>
              <w:t xml:space="preserve"> GCP </w:t>
            </w:r>
            <w:r>
              <w:t xml:space="preserve"> ​</w:t>
            </w:r>
            <w:r>
              <w:rPr>
                <w:rStyle w:val="CVToolMark"/>
              </w:rPr>
              <w:t xml:space="preserve"> </w:t>
            </w:r>
            <w:r>
              <w:rPr>
                <w:rStyle w:val="CVTool"/>
              </w:rPr>
              <w:t xml:space="preserve"> Google AI Platform </w:t>
            </w:r>
            <w:r>
              <w:t xml:space="preserve"> ​</w:t>
            </w:r>
          </w:p>
          <w:p>
            <w:pPr>
              <w:pStyle w:val="Heading2"/>
            </w:pPr>
            <w:r>
              <w:rPr/>
              <w:t>Senior Machine Learning/AI Engineer (Contractor) at Neko Health, Stockholm</w:t>
            </w:r>
          </w:p>
          <w:p>
            <w:pPr>
              <w:pStyle w:val="Date"/>
            </w:pPr>
            <w:r>
              <w:rPr/>
              <w:t>JAN 2020 - JUL 2020</w:t>
            </w:r>
          </w:p>
          <w:p>
            <w:pPr>
              <w:pStyle w:val="ListParagraph"/>
              <w:numPr>
                <w:ilvl w:val="0"/>
                <w:numId w:val="90"/>
              </w:numPr>
            </w:pPr>
            <w:r>
              <w:rPr/>
              <w:t xml:space="preserve">Developed a cutting-edge, contact-less method for estimating </w:t>
            </w:r>
            <w:r>
              <w:rPr>
                <w:rStyle w:val="CVStrong"/>
              </w:rPr>
              <w:t>pulse and blood pressure</w:t>
            </w:r>
            <w:r>
              <w:rPr/>
              <w:t xml:space="preserve"> using video analysis, advancing real-time health monitoring systems.</w:t>
            </w:r>
          </w:p>
          <w:p>
            <w:pPr>
              <w:pStyle w:val="ListParagraph"/>
              <w:numPr>
                <w:ilvl w:val="0"/>
                <w:numId w:val="90"/>
              </w:numPr>
            </w:pPr>
            <w:r>
              <w:rPr/>
              <w:t>Integrated digital filters, signal processing, and classical computer vision techniques to enhance the robustness of video-based pulse detection.</w:t>
            </w:r>
          </w:p>
          <w:p>
            <w:pPr>
              <w:pStyle w:val="CVTools"/>
            </w:pPr>
            <w:r>
              <w:rPr>
                <w:rStyle w:val="CVToolMark"/>
              </w:rPr>
              <w:t xml:space="preserve"> </w:t>
            </w:r>
            <w:r>
              <w:rPr>
                <w:rStyle w:val="CVTool"/>
              </w:rPr>
              <w:t xml:space="preserve"> Python </w:t>
            </w:r>
            <w:r>
              <w:t xml:space="preserve"> ​</w:t>
            </w:r>
            <w:r>
              <w:rPr>
                <w:rStyle w:val="CVToolMark"/>
              </w:rPr>
              <w:t xml:space="preserve"> </w:t>
            </w:r>
            <w:r>
              <w:rPr>
                <w:rStyle w:val="CVTool"/>
              </w:rPr>
              <w:t xml:space="preserve"> OpenCV </w:t>
            </w:r>
            <w:r>
              <w:t xml:space="preserve"> ​</w:t>
            </w:r>
            <w:r>
              <w:rPr>
                <w:rStyle w:val="CVToolMark"/>
              </w:rPr>
              <w:t xml:space="preserve"> </w:t>
            </w:r>
            <w:r>
              <w:rPr>
                <w:rStyle w:val="CVTool"/>
              </w:rPr>
              <w:t xml:space="preserve"> RNN </w:t>
            </w:r>
            <w:r>
              <w:t xml:space="preserve"> ​</w:t>
            </w:r>
            <w:r>
              <w:rPr>
                <w:rStyle w:val="CVToolMark"/>
              </w:rPr>
              <w:t xml:space="preserve"> </w:t>
            </w:r>
            <w:r>
              <w:rPr>
                <w:rStyle w:val="CVTool"/>
              </w:rPr>
              <w:t xml:space="preserve"> CNN </w:t>
            </w:r>
            <w:r>
              <w:t xml:space="preserve"> ​</w:t>
            </w:r>
            <w:r>
              <w:rPr>
                <w:rStyle w:val="CVToolMark"/>
              </w:rPr>
              <w:t xml:space="preserve"> </w:t>
            </w:r>
            <w:r>
              <w:rPr>
                <w:rStyle w:val="CVTool"/>
              </w:rPr>
              <w:t xml:space="preserve"> Keras </w:t>
            </w:r>
            <w:r>
              <w:t xml:space="preserve"> ​</w:t>
            </w:r>
            <w:r>
              <w:rPr>
                <w:rStyle w:val="CVToolMark"/>
              </w:rPr>
              <w:t xml:space="preserve"> </w:t>
            </w:r>
            <w:r>
              <w:rPr>
                <w:rStyle w:val="CVTool"/>
              </w:rPr>
              <w:t xml:space="preserve"> TensorFlow </w:t>
            </w:r>
            <w:r>
              <w:t xml:space="preserve"> ​</w:t>
            </w:r>
            <w:r>
              <w:rPr>
                <w:rStyle w:val="CVToolMark"/>
              </w:rPr>
              <w:t xml:space="preserve"> </w:t>
            </w:r>
            <w:r>
              <w:rPr>
                <w:rStyle w:val="CVTool"/>
              </w:rPr>
              <w:t xml:space="preserve"> Linux </w:t>
            </w:r>
            <w:r>
              <w:t xml:space="preserve"> ​</w:t>
            </w:r>
          </w:p>
          <w:p>
            <w:pPr>
              <w:pStyle w:val="Heading2"/>
            </w:pPr>
            <w:r>
              <w:rPr/>
              <w:t>Senior Machine Learning/AI Engineer (Contractor) at Schibsted Enterprise Technology, Stockholm</w:t>
            </w:r>
          </w:p>
          <w:p>
            <w:pPr>
              <w:pStyle w:val="Date"/>
            </w:pPr>
            <w:r>
              <w:rPr/>
              <w:t>MAY 2019 - JAN 2020</w:t>
            </w:r>
          </w:p>
          <w:p>
            <w:pPr>
              <w:pStyle w:val="ListParagraph"/>
              <w:numPr>
                <w:ilvl w:val="0"/>
                <w:numId w:val="90"/>
              </w:numPr>
            </w:pPr>
            <w:r>
              <w:rPr/>
              <w:t xml:space="preserve">Prototyped an NLP-based solution to automate </w:t>
            </w:r>
            <w:r>
              <w:rPr>
                <w:rStyle w:val="CVStrong"/>
              </w:rPr>
              <w:t>support ticket routing</w:t>
            </w:r>
            <w:r>
              <w:rPr/>
              <w:t>, reducing manual effort and improving accuracy in routing decisions.</w:t>
            </w:r>
          </w:p>
          <w:p>
            <w:pPr>
              <w:pStyle w:val="ListParagraph"/>
              <w:numPr>
                <w:ilvl w:val="0"/>
                <w:numId w:val="90"/>
              </w:numPr>
            </w:pPr>
            <w:r>
              <w:rPr/>
              <w:t>Improved classification accuracy by employing an F1 loss function, addressing imbalanced data across support categories.</w:t>
            </w:r>
          </w:p>
          <w:p>
            <w:pPr>
              <w:pStyle w:val="CVTools"/>
            </w:pPr>
            <w:r>
              <w:rPr>
                <w:rStyle w:val="CVToolMark"/>
              </w:rPr>
              <w:t xml:space="preserve"> </w:t>
            </w:r>
            <w:r>
              <w:rPr>
                <w:rStyle w:val="CVTool"/>
              </w:rPr>
              <w:t xml:space="preserve"> Python </w:t>
            </w:r>
            <w:r>
              <w:t xml:space="preserve"> ​</w:t>
            </w:r>
            <w:r>
              <w:rPr>
                <w:rStyle w:val="CVToolMark"/>
              </w:rPr>
              <w:t xml:space="preserve"> </w:t>
            </w:r>
            <w:r>
              <w:rPr>
                <w:rStyle w:val="CVTool"/>
              </w:rPr>
              <w:t xml:space="preserve"> Keras </w:t>
            </w:r>
            <w:r>
              <w:t xml:space="preserve"> ​</w:t>
            </w:r>
            <w:r>
              <w:rPr>
                <w:rStyle w:val="CVToolMark"/>
              </w:rPr>
              <w:t xml:space="preserve"> </w:t>
            </w:r>
            <w:r>
              <w:rPr>
                <w:rStyle w:val="CVTool"/>
              </w:rPr>
              <w:t xml:space="preserve"> RNN </w:t>
            </w:r>
            <w:r>
              <w:t xml:space="preserve"> ​</w:t>
            </w:r>
            <w:r>
              <w:rPr>
                <w:rStyle w:val="CVToolMark"/>
              </w:rPr>
              <w:t xml:space="preserve"> </w:t>
            </w:r>
            <w:r>
              <w:rPr>
                <w:rStyle w:val="CVTool"/>
              </w:rPr>
              <w:t xml:space="preserve"> fastText </w:t>
            </w:r>
            <w:r>
              <w:t xml:space="preserve"> ​</w:t>
            </w:r>
            <w:r>
              <w:rPr>
                <w:rStyle w:val="CVToolMark"/>
              </w:rPr>
              <w:t xml:space="preserve"> </w:t>
            </w:r>
            <w:r>
              <w:rPr>
                <w:rStyle w:val="CVTool"/>
              </w:rPr>
              <w:t xml:space="preserve"> Docker </w:t>
            </w:r>
            <w:r>
              <w:t xml:space="preserve"> ​</w:t>
            </w:r>
            <w:r>
              <w:rPr>
                <w:rStyle w:val="CVToolMark"/>
              </w:rPr>
              <w:t xml:space="preserve"> </w:t>
            </w:r>
            <w:r>
              <w:rPr>
                <w:rStyle w:val="CVTool"/>
              </w:rPr>
              <w:t xml:space="preserve"> AWS </w:t>
            </w:r>
            <w:r>
              <w:t xml:space="preserve"> ​</w:t>
            </w:r>
          </w:p>
          <w:p>
            <w:pPr>
              <w:pStyle w:val="Heading2"/>
            </w:pPr>
            <w:r>
              <w:rPr/>
              <w:t>Senior Machine Learning/AI Engineer (Contractor) at Hedvig AB, Stockholm</w:t>
            </w:r>
          </w:p>
          <w:p>
            <w:pPr>
              <w:pStyle w:val="Date"/>
            </w:pPr>
            <w:r>
              <w:rPr/>
              <w:t>DEC 2018 - MAY 2019</w:t>
            </w:r>
          </w:p>
          <w:p>
            <w:pPr>
              <w:pStyle w:val="ListParagraph"/>
              <w:numPr>
                <w:ilvl w:val="0"/>
                <w:numId w:val="90"/>
              </w:numPr>
            </w:pPr>
            <w:r>
              <w:rPr/>
              <w:t xml:space="preserve">Built and deployed an </w:t>
            </w:r>
            <w:r>
              <w:rPr>
                <w:rStyle w:val="CVStrong"/>
              </w:rPr>
              <w:t>intent classification system</w:t>
            </w:r>
            <w:r>
              <w:rPr/>
              <w:t xml:space="preserve"> for customer service chats, enhancing automated customer support and streamlining communication workflows.</w:t>
            </w:r>
          </w:p>
          <w:p>
            <w:pPr>
              <w:pStyle w:val="ListParagraph"/>
              <w:numPr>
                <w:ilvl w:val="0"/>
                <w:numId w:val="90"/>
              </w:numPr>
            </w:pPr>
            <w:r>
              <w:rPr/>
              <w:t>Automated key operations, including insurance cancellation processes, through integration with existing customer systems.</w:t>
            </w:r>
          </w:p>
          <w:p>
            <w:pPr>
              <w:pStyle w:val="CVTools"/>
            </w:pPr>
            <w:r>
              <w:rPr>
                <w:rStyle w:val="CVToolMark"/>
              </w:rPr>
              <w:t xml:space="preserve"> </w:t>
            </w:r>
            <w:r>
              <w:rPr>
                <w:rStyle w:val="CVTool"/>
              </w:rPr>
              <w:t xml:space="preserve"> Python </w:t>
            </w:r>
            <w:r>
              <w:t xml:space="preserve"> ​</w:t>
            </w:r>
            <w:r>
              <w:rPr>
                <w:rStyle w:val="CVToolMark"/>
              </w:rPr>
              <w:t xml:space="preserve"> </w:t>
            </w:r>
            <w:r>
              <w:rPr>
                <w:rStyle w:val="CVTool"/>
              </w:rPr>
              <w:t xml:space="preserve"> Keras </w:t>
            </w:r>
            <w:r>
              <w:t xml:space="preserve"> ​</w:t>
            </w:r>
            <w:r>
              <w:rPr>
                <w:rStyle w:val="CVToolMark"/>
              </w:rPr>
              <w:t xml:space="preserve"> </w:t>
            </w:r>
            <w:r>
              <w:rPr>
                <w:rStyle w:val="CVTool"/>
              </w:rPr>
              <w:t xml:space="preserve"> RNN </w:t>
            </w:r>
            <w:r>
              <w:t xml:space="preserve"> ​</w:t>
            </w:r>
            <w:r>
              <w:rPr>
                <w:rStyle w:val="CVToolMark"/>
              </w:rPr>
              <w:t xml:space="preserve"> </w:t>
            </w:r>
            <w:r>
              <w:rPr>
                <w:rStyle w:val="CVTool"/>
              </w:rPr>
              <w:t xml:space="preserve"> fastText </w:t>
            </w:r>
            <w:r>
              <w:t xml:space="preserve"> ​</w:t>
            </w:r>
            <w:r>
              <w:rPr>
                <w:rStyle w:val="CVToolMark"/>
              </w:rPr>
              <w:t xml:space="preserve"> </w:t>
            </w:r>
            <w:r>
              <w:rPr>
                <w:rStyle w:val="CVTool"/>
              </w:rPr>
              <w:t xml:space="preserve"> Javascript </w:t>
            </w:r>
            <w:r>
              <w:t xml:space="preserve"> ​</w:t>
            </w:r>
            <w:r>
              <w:rPr>
                <w:rStyle w:val="CVToolMark"/>
              </w:rPr>
              <w:t xml:space="preserve"> </w:t>
            </w:r>
            <w:r>
              <w:rPr>
                <w:rStyle w:val="CVTool"/>
              </w:rPr>
              <w:t xml:space="preserve"> AWS </w:t>
            </w:r>
            <w:r>
              <w:t xml:space="preserve"> ​</w:t>
            </w:r>
            <w:r>
              <w:rPr>
                <w:rStyle w:val="CVToolMark"/>
              </w:rPr>
              <w:t xml:space="preserve"> </w:t>
            </w:r>
            <w:r>
              <w:rPr>
                <w:rStyle w:val="CVTool"/>
              </w:rPr>
              <w:t xml:space="preserve"> Docker </w:t>
            </w:r>
            <w:r>
              <w:t xml:space="preserve"> ​</w:t>
            </w:r>
          </w:p>
          <w:p>
            <w:pPr>
              <w:pStyle w:val="Heading2"/>
            </w:pPr>
            <w:r>
              <w:rPr/>
              <w:t>Machine Learning/Data Science Contractor at Volvo Car Mobility AB, Stockholm</w:t>
            </w:r>
          </w:p>
          <w:p>
            <w:pPr>
              <w:pStyle w:val="Date"/>
            </w:pPr>
            <w:r>
              <w:rPr/>
              <w:t>AUG 2018 - DEC 2018</w:t>
            </w:r>
          </w:p>
          <w:p>
            <w:pPr>
              <w:pStyle w:val="ListParagraph"/>
              <w:numPr>
                <w:ilvl w:val="0"/>
                <w:numId w:val="90"/>
              </w:numPr>
            </w:pPr>
            <w:r>
              <w:rPr/>
              <w:t>Conducted detailed data analysis to support business decisions, helping refine the car-sharing service by understanding user behavior and demand patterns.</w:t>
            </w:r>
          </w:p>
          <w:p>
            <w:pPr>
              <w:pStyle w:val="ListParagraph"/>
              <w:numPr>
                <w:ilvl w:val="0"/>
                <w:numId w:val="90"/>
              </w:numPr>
            </w:pPr>
            <w:r>
              <w:rPr/>
              <w:t>Performed behavior-based user profile classification, which informed targeted marketing and service improvement strategies.</w:t>
            </w:r>
          </w:p>
          <w:p>
            <w:pPr>
              <w:pStyle w:val="ListParagraph"/>
              <w:numPr>
                <w:ilvl w:val="0"/>
                <w:numId w:val="90"/>
              </w:numPr>
            </w:pPr>
            <w:r>
              <w:rPr/>
              <w:t xml:space="preserve">Developed </w:t>
            </w:r>
            <w:r>
              <w:rPr>
                <w:rStyle w:val="CVStrong"/>
              </w:rPr>
              <w:t>demand prediction models</w:t>
            </w:r>
            <w:r>
              <w:rPr/>
              <w:t xml:space="preserve"> for car availability, contributing to operational efficiency.</w:t>
            </w:r>
          </w:p>
          <w:p>
            <w:pPr>
              <w:pStyle w:val="ListParagraph"/>
              <w:numPr>
                <w:ilvl w:val="0"/>
                <w:numId w:val="90"/>
              </w:numPr>
            </w:pPr>
            <w:r>
              <w:rPr/>
              <w:t>Set up real-time dashboards to visualize key business metrics, improving transparency and decision-making across the company.</w:t>
            </w:r>
          </w:p>
          <w:p>
            <w:pPr>
              <w:pStyle w:val="CVTools"/>
            </w:pPr>
            <w:r>
              <w:rPr>
                <w:rStyle w:val="CVToolMark"/>
              </w:rPr>
              <w:t xml:space="preserve"> </w:t>
            </w:r>
            <w:r>
              <w:rPr>
                <w:rStyle w:val="CVTool"/>
              </w:rPr>
              <w:t xml:space="preserve"> Python </w:t>
            </w:r>
            <w:r>
              <w:t xml:space="preserve"> ​</w:t>
            </w:r>
            <w:r>
              <w:rPr>
                <w:rStyle w:val="CVToolMark"/>
              </w:rPr>
              <w:t xml:space="preserve"> </w:t>
            </w:r>
            <w:r>
              <w:rPr>
                <w:rStyle w:val="CVTool"/>
              </w:rPr>
              <w:t xml:space="preserve"> Flask </w:t>
            </w:r>
            <w:r>
              <w:t xml:space="preserve"> ​</w:t>
            </w:r>
            <w:r>
              <w:rPr>
                <w:rStyle w:val="CVToolMark"/>
              </w:rPr>
              <w:t xml:space="preserve"> </w:t>
            </w:r>
            <w:r>
              <w:rPr>
                <w:rStyle w:val="CVTool"/>
              </w:rPr>
              <w:t xml:space="preserve"> Docker </w:t>
            </w:r>
            <w:r>
              <w:t xml:space="preserve"> ​</w:t>
            </w:r>
            <w:r>
              <w:rPr>
                <w:rStyle w:val="CVToolMark"/>
              </w:rPr>
              <w:t xml:space="preserve"> </w:t>
            </w:r>
            <w:r>
              <w:rPr>
                <w:rStyle w:val="CVTool"/>
              </w:rPr>
              <w:t xml:space="preserve"> GCP </w:t>
            </w:r>
            <w:r>
              <w:t xml:space="preserve"> ​</w:t>
            </w:r>
            <w:r>
              <w:rPr>
                <w:rStyle w:val="CVToolMark"/>
              </w:rPr>
              <w:t xml:space="preserve"> </w:t>
            </w:r>
            <w:r>
              <w:rPr>
                <w:rStyle w:val="CVTool"/>
              </w:rPr>
              <w:t xml:space="preserve"> Google BigQuery </w:t>
            </w:r>
            <w:r>
              <w:t xml:space="preserve"> ​</w:t>
            </w:r>
            <w:r>
              <w:rPr>
                <w:rStyle w:val="CVToolMark"/>
              </w:rPr>
              <w:t xml:space="preserve"> </w:t>
            </w:r>
            <w:r>
              <w:rPr>
                <w:rStyle w:val="CVTool"/>
              </w:rPr>
              <w:t xml:space="preserve"> Google Kubernetes Engine </w:t>
            </w:r>
            <w:r>
              <w:t xml:space="preserve"> ​</w:t>
            </w:r>
            <w:r>
              <w:rPr>
                <w:rStyle w:val="CVToolMark"/>
              </w:rPr>
              <w:t xml:space="preserve"> </w:t>
            </w:r>
            <w:r>
              <w:rPr>
                <w:rStyle w:val="CVTool"/>
              </w:rPr>
              <w:t xml:space="preserve"> Linux </w:t>
            </w:r>
            <w:r>
              <w:t xml:space="preserve"> ​</w:t>
            </w:r>
          </w:p>
          <w:p>
            <w:pPr>
              <w:pStyle w:val="Heading2"/>
            </w:pPr>
            <w:r>
              <w:rPr/>
              <w:t>Machine Learning Lead at Epidemic Sound, Stockholm</w:t>
            </w:r>
          </w:p>
          <w:p>
            <w:pPr>
              <w:pStyle w:val="Date"/>
            </w:pPr>
            <w:r>
              <w:rPr/>
              <w:t>JUN 2018 - AUG 2018</w:t>
            </w:r>
          </w:p>
          <w:p>
            <w:pPr>
              <w:pStyle w:val="ListParagraph"/>
              <w:numPr>
                <w:ilvl w:val="0"/>
                <w:numId w:val="90"/>
              </w:numPr>
            </w:pPr>
            <w:r>
              <w:rPr/>
              <w:t xml:space="preserve">Developed a </w:t>
            </w:r>
            <w:r>
              <w:rPr>
                <w:rStyle w:val="CVStrong"/>
              </w:rPr>
              <w:t>deep convolutional neural network</w:t>
            </w:r>
            <w:r>
              <w:rPr/>
              <w:t xml:space="preserve"> for automatic multi-label classification of songs based on genre labels, enhancing the platform’s ability to recommend and categorize music accurately.</w:t>
            </w:r>
          </w:p>
          <w:p>
            <w:pPr>
              <w:pStyle w:val="ListParagraph"/>
              <w:numPr>
                <w:ilvl w:val="0"/>
                <w:numId w:val="90"/>
              </w:numPr>
            </w:pPr>
            <w:r>
              <w:rPr/>
              <w:t xml:space="preserve">Built a condensed dataset from </w:t>
            </w:r>
            <w:r>
              <w:rPr>
                <w:rStyle w:val="CVStrong"/>
              </w:rPr>
              <w:t>billions of historical events</w:t>
            </w:r>
            <w:r>
              <w:rPr/>
              <w:t>, enabling the sales team to more effectively target potential customers.</w:t>
            </w:r>
          </w:p>
          <w:p>
            <w:pPr>
              <w:pStyle w:val="ListParagraph"/>
              <w:numPr>
                <w:ilvl w:val="0"/>
                <w:numId w:val="90"/>
              </w:numPr>
            </w:pPr>
            <w:r>
              <w:rPr/>
              <w:t>Improved the company’s internal processes and data-driven decision-making by increasing efficiency through data analysis and machine learning-driven solutions.</w:t>
            </w:r>
          </w:p>
          <w:p>
            <w:pPr>
              <w:pStyle w:val="CVTools"/>
            </w:pPr>
            <w:r>
              <w:rPr>
                <w:rStyle w:val="CVToolMark"/>
              </w:rPr>
              <w:t xml:space="preserve"> </w:t>
            </w:r>
            <w:r>
              <w:rPr>
                <w:rStyle w:val="CVTool"/>
              </w:rPr>
              <w:t xml:space="preserve"> Python </w:t>
            </w:r>
            <w:r>
              <w:t xml:space="preserve"> ​</w:t>
            </w:r>
            <w:r>
              <w:rPr>
                <w:rStyle w:val="CVToolMark"/>
              </w:rPr>
              <w:t xml:space="preserve"> </w:t>
            </w:r>
            <w:r>
              <w:rPr>
                <w:rStyle w:val="CVTool"/>
              </w:rPr>
              <w:t xml:space="preserve"> Convolutional Neural Networks (CNN) </w:t>
            </w:r>
            <w:r>
              <w:t xml:space="preserve"> ​</w:t>
            </w:r>
            <w:r>
              <w:rPr>
                <w:rStyle w:val="CVToolMark"/>
              </w:rPr>
              <w:t xml:space="preserve"> </w:t>
            </w:r>
            <w:r>
              <w:rPr>
                <w:rStyle w:val="CVTool"/>
              </w:rPr>
              <w:t xml:space="preserve"> Google BigQuery </w:t>
            </w:r>
            <w:r>
              <w:t xml:space="preserve"> ​</w:t>
            </w:r>
            <w:r>
              <w:rPr>
                <w:rStyle w:val="CVToolMark"/>
              </w:rPr>
              <w:t xml:space="preserve"> </w:t>
            </w:r>
            <w:r>
              <w:rPr>
                <w:rStyle w:val="CVTool"/>
              </w:rPr>
              <w:t xml:space="preserve"> Linux </w:t>
            </w:r>
            <w:r>
              <w:t xml:space="preserve"> ​</w:t>
            </w:r>
          </w:p>
          <w:p>
            <w:pPr>
              <w:pStyle w:val="Heading2"/>
            </w:pPr>
            <w:r>
              <w:rPr/>
              <w:t>Chief Technology Officer at Watty AB, Stockholm</w:t>
            </w:r>
          </w:p>
          <w:p>
            <w:pPr>
              <w:pStyle w:val="Date"/>
            </w:pPr>
            <w:r>
              <w:rPr/>
              <w:t>SEP 2013 - JUN 2018</w:t>
            </w:r>
          </w:p>
          <w:p>
            <w:pPr>
              <w:pStyle w:val="ListParagraph"/>
              <w:numPr>
                <w:ilvl w:val="0"/>
                <w:numId w:val="90"/>
              </w:numPr>
            </w:pPr>
            <w:r>
              <w:rPr/>
              <w:t xml:space="preserve">Led </w:t>
            </w:r>
            <w:r>
              <w:rPr>
                <w:rStyle w:val="CVStrong"/>
              </w:rPr>
              <w:t>five cross-functional teams</w:t>
            </w:r>
            <w:r>
              <w:rPr/>
              <w:t xml:space="preserve"> in developing a real-time energy monitoring product, recognized as one of the most advanced in the market.</w:t>
            </w:r>
          </w:p>
          <w:p>
            <w:pPr>
              <w:pStyle w:val="ListParagraph"/>
              <w:numPr>
                <w:ilvl w:val="0"/>
                <w:numId w:val="90"/>
              </w:numPr>
            </w:pPr>
            <w:r>
              <w:rPr/>
              <w:t>Engineered a data collection platform and machine learning pipeline that contributed to significant product pivots and improved user experience.</w:t>
            </w:r>
          </w:p>
          <w:p>
            <w:pPr>
              <w:pStyle w:val="ListParagraph"/>
              <w:numPr>
                <w:ilvl w:val="0"/>
                <w:numId w:val="90"/>
              </w:numPr>
            </w:pPr>
            <w:r>
              <w:rPr/>
              <w:t>Designed the full technical architecture, from hardware data acquisition to cloud-based analysis and customer-facing interfaces.</w:t>
            </w:r>
          </w:p>
          <w:p>
            <w:pPr>
              <w:pStyle w:val="CVTools"/>
            </w:pPr>
            <w:r>
              <w:rPr>
                <w:rStyle w:val="CVToolMark"/>
              </w:rPr>
              <w:t xml:space="preserve"> </w:t>
            </w:r>
            <w:r>
              <w:rPr>
                <w:rStyle w:val="CVTool"/>
              </w:rPr>
              <w:t xml:space="preserve"> C/C++ </w:t>
            </w:r>
            <w:r>
              <w:t xml:space="preserve"> ​</w:t>
            </w:r>
            <w:r>
              <w:rPr>
                <w:rStyle w:val="CVToolMark"/>
              </w:rPr>
              <w:t xml:space="preserve"> </w:t>
            </w:r>
            <w:r>
              <w:rPr>
                <w:rStyle w:val="CVTool"/>
              </w:rPr>
              <w:t xml:space="preserve"> Python </w:t>
            </w:r>
            <w:r>
              <w:t xml:space="preserve"> ​</w:t>
            </w:r>
            <w:r>
              <w:rPr>
                <w:rStyle w:val="CVToolMark"/>
              </w:rPr>
              <w:t xml:space="preserve"> </w:t>
            </w:r>
            <w:r>
              <w:rPr>
                <w:rStyle w:val="CVTool"/>
              </w:rPr>
              <w:t xml:space="preserve"> Docker </w:t>
            </w:r>
            <w:r>
              <w:t xml:space="preserve"> ​</w:t>
            </w:r>
            <w:r>
              <w:rPr>
                <w:rStyle w:val="CVToolMark"/>
              </w:rPr>
              <w:t xml:space="preserve"> </w:t>
            </w:r>
            <w:r>
              <w:rPr>
                <w:rStyle w:val="CVTool"/>
              </w:rPr>
              <w:t xml:space="preserve"> AWS </w:t>
            </w:r>
            <w:r>
              <w:t xml:space="preserve"> ​</w:t>
            </w:r>
            <w:r>
              <w:rPr>
                <w:rStyle w:val="CVToolMark"/>
              </w:rPr>
              <w:t xml:space="preserve"> </w:t>
            </w:r>
            <w:r>
              <w:rPr>
                <w:rStyle w:val="CVTool"/>
              </w:rPr>
              <w:t xml:space="preserve"> Kubernetes </w:t>
            </w:r>
            <w:r>
              <w:t xml:space="preserve"> ​</w:t>
            </w:r>
            <w:r>
              <w:rPr>
                <w:rStyle w:val="CVToolMark"/>
              </w:rPr>
              <w:t xml:space="preserve"> </w:t>
            </w:r>
            <w:r>
              <w:rPr>
                <w:rStyle w:val="CVTool"/>
              </w:rPr>
              <w:t xml:space="preserve"> CoreOS </w:t>
            </w:r>
            <w:r>
              <w:t xml:space="preserve"> ​</w:t>
            </w:r>
          </w:p>
          <w:p>
            <w:pPr>
              <w:pStyle w:val="Heading2"/>
            </w:pPr>
            <w:r>
              <w:rPr/>
              <w:t>Senior Software Engineer at Gavagai, Stockholm</w:t>
            </w:r>
          </w:p>
          <w:p>
            <w:pPr>
              <w:pStyle w:val="Date"/>
            </w:pPr>
            <w:r>
              <w:rPr/>
              <w:t>SEP 2013 - AUG 2014</w:t>
            </w:r>
          </w:p>
          <w:p>
            <w:pPr>
              <w:pStyle w:val="ListParagraph"/>
              <w:numPr>
                <w:ilvl w:val="0"/>
                <w:numId w:val="90"/>
              </w:numPr>
            </w:pPr>
            <w:r>
              <w:rPr/>
              <w:t>Contributed to Gavagai’s core text analysis product by working on large-scale, real-time social media data processing.</w:t>
            </w:r>
          </w:p>
          <w:p>
            <w:pPr>
              <w:pStyle w:val="ListParagraph"/>
              <w:numPr>
                <w:ilvl w:val="0"/>
                <w:numId w:val="90"/>
              </w:numPr>
            </w:pPr>
            <w:r>
              <w:rPr/>
              <w:t xml:space="preserve">Implemented efficient </w:t>
            </w:r>
            <w:r>
              <w:rPr>
                <w:rStyle w:val="CVStrong"/>
              </w:rPr>
              <w:t>nearest-neighbor calculations on GPUs</w:t>
            </w:r>
            <w:r>
              <w:rPr/>
              <w:t xml:space="preserve"> to improve the performance of language models used for understanding relationships between words.</w:t>
            </w:r>
          </w:p>
          <w:p>
            <w:pPr>
              <w:pStyle w:val="ListParagraph"/>
              <w:numPr>
                <w:ilvl w:val="0"/>
                <w:numId w:val="90"/>
              </w:numPr>
            </w:pPr>
            <w:r>
              <w:rPr/>
              <w:t>Developed non-core APIs in Node.js and Coffeescript, expanding the functionality and reach of the company’s language analysis tools.</w:t>
            </w:r>
          </w:p>
          <w:p>
            <w:pPr>
              <w:pStyle w:val="ListParagraph"/>
              <w:numPr>
                <w:ilvl w:val="0"/>
                <w:numId w:val="90"/>
              </w:numPr>
            </w:pPr>
            <w:r>
              <w:rPr/>
              <w:t>Provided minor but impactful contributions in Python to further optimize performance and scalability.</w:t>
            </w:r>
          </w:p>
          <w:p>
            <w:pPr>
              <w:pStyle w:val="CVTools"/>
            </w:pPr>
            <w:r>
              <w:rPr>
                <w:rStyle w:val="CVToolMark"/>
              </w:rPr>
              <w:t xml:space="preserve"> </w:t>
            </w:r>
            <w:r>
              <w:rPr>
                <w:rStyle w:val="CVTool"/>
              </w:rPr>
              <w:t xml:space="preserve"> Java </w:t>
            </w:r>
            <w:r>
              <w:t xml:space="preserve"> ​</w:t>
            </w:r>
            <w:r>
              <w:rPr>
                <w:rStyle w:val="CVToolMark"/>
              </w:rPr>
              <w:t xml:space="preserve"> </w:t>
            </w:r>
            <w:r>
              <w:rPr>
                <w:rStyle w:val="CVTool"/>
              </w:rPr>
              <w:t xml:space="preserve"> J2EE </w:t>
            </w:r>
            <w:r>
              <w:t xml:space="preserve"> ​</w:t>
            </w:r>
            <w:r>
              <w:rPr>
                <w:rStyle w:val="CVToolMark"/>
              </w:rPr>
              <w:t xml:space="preserve"> </w:t>
            </w:r>
            <w:r>
              <w:rPr>
                <w:rStyle w:val="CVTool"/>
              </w:rPr>
              <w:t xml:space="preserve"> Python </w:t>
            </w:r>
            <w:r>
              <w:t xml:space="preserve"> ​</w:t>
            </w:r>
            <w:r>
              <w:rPr>
                <w:rStyle w:val="CVToolMark"/>
              </w:rPr>
              <w:t xml:space="preserve"> </w:t>
            </w:r>
            <w:r>
              <w:rPr>
                <w:rStyle w:val="CVTool"/>
              </w:rPr>
              <w:t xml:space="preserve"> NodeJS </w:t>
            </w:r>
            <w:r>
              <w:t xml:space="preserve"> ​</w:t>
            </w:r>
            <w:r>
              <w:rPr>
                <w:rStyle w:val="CVToolMark"/>
              </w:rPr>
              <w:t xml:space="preserve"> </w:t>
            </w:r>
            <w:r>
              <w:rPr>
                <w:rStyle w:val="CVTool"/>
              </w:rPr>
              <w:t xml:space="preserve"> Coffeescript </w:t>
            </w:r>
            <w:r>
              <w:t xml:space="preserve"> ​</w:t>
            </w:r>
            <w:r>
              <w:rPr>
                <w:rStyle w:val="CVToolMark"/>
              </w:rPr>
              <w:t xml:space="preserve"> </w:t>
            </w:r>
            <w:r>
              <w:rPr>
                <w:rStyle w:val="CVTool"/>
              </w:rPr>
              <w:t xml:space="preserve"> GPU-based computations </w:t>
            </w:r>
            <w:r>
              <w:t xml:space="preserve"> ​</w:t>
            </w:r>
            <w:r>
              <w:rPr>
                <w:rStyle w:val="CVToolMark"/>
              </w:rPr>
              <w:t xml:space="preserve"> </w:t>
            </w:r>
            <w:r>
              <w:rPr>
                <w:rStyle w:val="CVTool"/>
              </w:rPr>
              <w:t xml:space="preserve"> Linux </w:t>
            </w:r>
            <w:r>
              <w:t xml:space="preserve"> ​</w:t>
            </w:r>
          </w:p>
          <w:p>
            <w:pPr>
              <w:pStyle w:val="Heading2"/>
            </w:pPr>
            <w:r>
              <w:rPr/>
              <w:t>Senior Software Engineer at Euroling AB, Stockholm</w:t>
            </w:r>
          </w:p>
          <w:p>
            <w:pPr>
              <w:pStyle w:val="Date"/>
            </w:pPr>
            <w:r>
              <w:rPr/>
              <w:t>JAN 2012 - SEP 2013</w:t>
            </w:r>
          </w:p>
          <w:p>
            <w:pPr>
              <w:pStyle w:val="ListParagraph"/>
              <w:numPr>
                <w:ilvl w:val="0"/>
                <w:numId w:val="90"/>
              </w:numPr>
            </w:pPr>
            <w:r>
              <w:rPr/>
              <w:t xml:space="preserve">Led the </w:t>
            </w:r>
            <w:r>
              <w:rPr>
                <w:rStyle w:val="CVStrong"/>
              </w:rPr>
              <w:t>architectural redesign of Siteseeker</w:t>
            </w:r>
            <w:r>
              <w:rPr/>
              <w:t>, an enterprise search engine, to make it scalable and modular, transitioning it from a monolithic structure to smaller services that could be scaled horizontally.</w:t>
            </w:r>
          </w:p>
          <w:p>
            <w:pPr>
              <w:pStyle w:val="ListParagraph"/>
              <w:numPr>
                <w:ilvl w:val="0"/>
                <w:numId w:val="90"/>
              </w:numPr>
            </w:pPr>
            <w:r>
              <w:rPr/>
              <w:t xml:space="preserve">Refactored legacy code by implementing </w:t>
            </w:r>
            <w:r>
              <w:rPr>
                <w:rStyle w:val="CVStrong"/>
              </w:rPr>
              <w:t>modern C++ (C++11)</w:t>
            </w:r>
            <w:r>
              <w:rPr/>
              <w:t xml:space="preserve"> standards and best practices, improving performance and maintainability of the codebase.</w:t>
            </w:r>
          </w:p>
          <w:p>
            <w:pPr>
              <w:pStyle w:val="ListParagraph"/>
              <w:numPr>
                <w:ilvl w:val="0"/>
                <w:numId w:val="90"/>
              </w:numPr>
            </w:pPr>
            <w:r>
              <w:rPr/>
              <w:t>Introduced Python-based microservices to expedite the development and deployment of new features, reducing the time-to-market for enhancements.</w:t>
            </w:r>
          </w:p>
          <w:p>
            <w:pPr>
              <w:pStyle w:val="ListParagraph"/>
              <w:numPr>
                <w:ilvl w:val="0"/>
                <w:numId w:val="90"/>
              </w:numPr>
            </w:pPr>
            <w:r>
              <w:rPr/>
              <w:t>Provided vision and leadership on improving the scalability of search engine technology, laying the foundation for future growth and performance improvements.</w:t>
            </w:r>
          </w:p>
          <w:p>
            <w:pPr>
              <w:pStyle w:val="CVTools"/>
            </w:pPr>
            <w:r>
              <w:rPr>
                <w:rStyle w:val="CVToolMark"/>
              </w:rPr>
              <w:t xml:space="preserve"> </w:t>
            </w:r>
            <w:r>
              <w:rPr>
                <w:rStyle w:val="CVTool"/>
              </w:rPr>
              <w:t xml:space="preserve"> C++ </w:t>
            </w:r>
            <w:r>
              <w:t xml:space="preserve"> ​</w:t>
            </w:r>
            <w:r>
              <w:rPr>
                <w:rStyle w:val="CVToolMark"/>
              </w:rPr>
              <w:t xml:space="preserve"> </w:t>
            </w:r>
            <w:r>
              <w:rPr>
                <w:rStyle w:val="CVTool"/>
              </w:rPr>
              <w:t xml:space="preserve"> Python </w:t>
            </w:r>
            <w:r>
              <w:t xml:space="preserve"> ​</w:t>
            </w:r>
            <w:r>
              <w:rPr>
                <w:rStyle w:val="CVToolMark"/>
              </w:rPr>
              <w:t xml:space="preserve"> </w:t>
            </w:r>
            <w:r>
              <w:rPr>
                <w:rStyle w:val="CVTool"/>
              </w:rPr>
              <w:t xml:space="preserve"> Ruby </w:t>
            </w:r>
            <w:r>
              <w:t xml:space="preserve"> ​</w:t>
            </w:r>
            <w:r>
              <w:rPr>
                <w:rStyle w:val="CVToolMark"/>
              </w:rPr>
              <w:t xml:space="preserve"> </w:t>
            </w:r>
            <w:r>
              <w:rPr>
                <w:rStyle w:val="CVTool"/>
              </w:rPr>
              <w:t xml:space="preserve"> Bash </w:t>
            </w:r>
            <w:r>
              <w:t xml:space="preserve"> ​</w:t>
            </w:r>
            <w:r>
              <w:rPr>
                <w:rStyle w:val="CVToolMark"/>
              </w:rPr>
              <w:t xml:space="preserve"> </w:t>
            </w:r>
            <w:r>
              <w:rPr>
                <w:rStyle w:val="CVTool"/>
              </w:rPr>
              <w:t xml:space="preserve"> Google Protocol Buffers </w:t>
            </w:r>
            <w:r>
              <w:t xml:space="preserve"> ​</w:t>
            </w:r>
            <w:r>
              <w:rPr>
                <w:rStyle w:val="CVToolMark"/>
              </w:rPr>
              <w:t xml:space="preserve"> </w:t>
            </w:r>
            <w:r>
              <w:rPr>
                <w:rStyle w:val="CVTool"/>
              </w:rPr>
              <w:t xml:space="preserve"> Git </w:t>
            </w:r>
            <w:r>
              <w:t xml:space="preserve"> ​</w:t>
            </w:r>
            <w:r>
              <w:rPr>
                <w:rStyle w:val="CVToolMark"/>
              </w:rPr>
              <w:t xml:space="preserve"> </w:t>
            </w:r>
            <w:r>
              <w:rPr>
                <w:rStyle w:val="CVTool"/>
              </w:rPr>
              <w:t xml:space="preserve"> Linux </w:t>
            </w:r>
            <w:r>
              <w:t xml:space="preserve"> ​</w:t>
            </w:r>
          </w:p>
          <w:p>
            <w:pPr>
              <w:pStyle w:val="MainSectionsSpacing"/>
            </w:pPr>
          </w:p>
          <w:p>
            <w:pPr>
              <w:pStyle w:val="Heading1"/>
            </w:pPr>
            <w:r>
              <w:rPr/>
              <w:t>Words from ex-colleagues</w:t>
            </w:r>
          </w:p>
          <w:p>
            <w:pPr>
              <w:pStyle w:val="Heading2"/>
            </w:pPr>
            <w:r>
              <w:rPr/>
              <w:t>Simon Celinder | Data Scientist, KRY/Livi, Stockholm</w:t>
            </w:r>
          </w:p>
          <w:p>
            <w:pPr>
              <w:pStyle w:val="Date"/>
            </w:pPr>
            <w:r>
              <w:rPr/>
              <w:t>SEP 2022</w:t>
            </w:r>
          </w:p>
          <w:p>
            <w:pPr>
              <w:pStyle w:val="CVQuote"/>
            </w:pPr>
            <w:r>
              <w:rPr/>
              <w:t>“It is rare to come across someone who has both such a depth and breadth in engineering as Ali. He has long experience in the Machine Learning space, but also in software engineering. I’m currently working closely with Ali in developing machine learning models at the digital healthcare provider Kry, collaborating on problems in NLP and forecasting. He has taught me a lot about engineering and ML, and he is always friendly, with an easy-going and pragmatic attitude. He’s ML knowledge is deep, which shows in how he has very knowledge driven and specific hypotheses about what type of model or architecture that is likely to improve the solution to a specific problem. He is a source of inspiration for the rest of the team, constantly staying ahead of the curve, exploring new tools and coming with creative ideas. I would recommend Ali to any company that wants to take data science to the next level.”</w:t>
            </w:r>
          </w:p>
          <w:p>
            <w:pPr>
              <w:pStyle w:val="Heading2"/>
            </w:pPr>
            <w:r>
              <w:rPr/>
              <w:t>Balazs Toth | Senior Data Scientist, IKEA Digital</w:t>
            </w:r>
          </w:p>
          <w:p>
            <w:pPr>
              <w:pStyle w:val="Date"/>
            </w:pPr>
            <w:r>
              <w:rPr/>
              <w:t>MAY 2021</w:t>
            </w:r>
          </w:p>
          <w:p>
            <w:pPr>
              <w:pStyle w:val="CVQuote"/>
            </w:pPr>
            <w:r>
              <w:rPr/>
              <w:t>“Ali is one of the best engineers I have worked with. He is pragmatic, fast and productive. He is proficient in machine learning, data engineering and backend development. It is hard to find people like him in the industry.”</w:t>
            </w:r>
          </w:p>
          <w:p>
            <w:pPr>
              <w:pStyle w:val="Heading2"/>
            </w:pPr>
            <w:r>
              <w:rPr/>
              <w:t>Antonio Davide Cali | Data Engineer, IKEA Digital</w:t>
            </w:r>
          </w:p>
          <w:p>
            <w:pPr>
              <w:pStyle w:val="Date"/>
            </w:pPr>
            <w:r>
              <w:rPr/>
              <w:t>MAY 2021</w:t>
            </w:r>
          </w:p>
          <w:p>
            <w:pPr>
              <w:pStyle w:val="CVQuote"/>
            </w:pPr>
            <w:r>
              <w:rPr/>
              <w:t>“I had the opportunity to work with Ali for almost a year. No matter what was the problem, he was able to resolve. He's super skilled and talented. And all the conversation we had were always very useful. I had to say that it was also a lot of fun working together. I hope to meet him again in some future project”</w:t>
            </w:r>
          </w:p>
          <w:p>
            <w:pPr>
              <w:pStyle w:val="Heading2"/>
            </w:pPr>
            <w:r>
              <w:rPr/>
              <w:t xml:space="preserve">Mattias Nilsson Ph.D., Principal Data Scientist, Startup in Stealth Mode | </w:t>
            </w:r>
          </w:p>
          <w:p>
            <w:pPr>
              <w:pStyle w:val="Date"/>
            </w:pPr>
            <w:r>
              <w:rPr/>
              <w:t>MAY 2020</w:t>
            </w:r>
          </w:p>
          <w:p>
            <w:pPr>
              <w:pStyle w:val="CVQuote"/>
            </w:pPr>
            <w:r>
              <w:rPr/>
              <w:t>“Ali is a true critical thinker and dares to question typical assumptions. He firmly believes in fast iterations, which helped us understand and address critical issues of a difficult (research) challenge at an early stage. Ali is agnostic to the specific tools and focuses instead on the problem to be solved. Basically, he gets stuff done. I can strongly recommend Ali and I have really enjoyed working closely together with him for the past months.”</w:t>
            </w:r>
          </w:p>
          <w:p>
            <w:pPr>
              <w:pStyle w:val="Heading2"/>
            </w:pPr>
            <w:r>
              <w:rPr/>
              <w:t>Hjalmar Nilsonne | Founder, Watty &amp; Neko Health</w:t>
            </w:r>
          </w:p>
          <w:p>
            <w:pPr>
              <w:pStyle w:val="Date"/>
            </w:pPr>
            <w:r>
              <w:rPr/>
              <w:t>JUL 2016</w:t>
            </w:r>
          </w:p>
          <w:p>
            <w:pPr>
              <w:pStyle w:val="CVQuote"/>
            </w:pPr>
            <w:r>
              <w:rPr/>
              <w:t>“Ali is the most gifted technologist I know and it's been a privilege to be working with him at Watty for the past 2.5 year. During this time we have gone from an idea on paper to having the best product in the market and signing some of the biggest players on the market as customer. Ali has been in charge of our technology strategy across the board: machine learning, large-scale back-end systems, hardware and product. His ability to identify the right opportunities across these areas has been critical for Watty's success.</w:t>
            </w:r>
          </w:p>
          <w:p>
            <w:pPr>
              <w:pStyle w:val="CVQuote"/>
            </w:pPr>
            <w:r>
              <w:rPr/>
              <w:t>As a manager he has implemented a development culture with an emphasis on pragmatism and focusing only on that which is most critical. It's been a treat to watch how that culture, combined with Ali's knack for finding unorthodox strategies, has generated great results that has often exceeded our customers expectations. He is also passionate about the product that ends up in people's hands and is always the most avid user of anything he builds. If you're looking for the smartest guy around when it comes to technology, you need not look further”</w:t>
            </w:r>
          </w:p>
          <w:p>
            <w:pPr>
              <w:pStyle w:val="Heading2"/>
            </w:pPr>
            <w:r>
              <w:rPr/>
              <w:t>Per Mellqvist | Head of Engineering, Euroling</w:t>
            </w:r>
          </w:p>
          <w:p>
            <w:pPr>
              <w:pStyle w:val="Date"/>
            </w:pPr>
            <w:r>
              <w:rPr/>
              <w:t>OCT 2013</w:t>
            </w:r>
          </w:p>
          <w:p>
            <w:pPr>
              <w:pStyle w:val="CVQuote"/>
            </w:pPr>
            <w:r>
              <w:rPr/>
              <w:t>“With a strong drive for learning and trying new things Ali is likely to bring new influences to any organization. He has a firm grip on search engine technology both in terms of internal implementation and integration aspects, but I would recommend Ali to any team that want to drive change and continuously improve their code and architecture.”</w:t>
            </w:r>
          </w:p>
          <w:p>
            <w:pPr>
              <w:pStyle w:val="Heading2"/>
            </w:pPr>
            <w:r>
              <w:rPr/>
              <w:t>Anders Malm | Product Manager, MoSync</w:t>
            </w:r>
          </w:p>
          <w:p>
            <w:pPr>
              <w:pStyle w:val="Date"/>
            </w:pPr>
            <w:r>
              <w:rPr/>
              <w:t>JAN 2012</w:t>
            </w:r>
          </w:p>
          <w:p>
            <w:pPr>
              <w:pStyle w:val="CVQuote"/>
            </w:pPr>
            <w:r>
              <w:rPr/>
              <w:t>“Ali has a very deep knowledge in a very broad spectrum when it comes to all parts of software development. He has this unique ability to always find a solution and then be able to implement it in a straight forward way. I would recommend Ali without a doubt!”</w:t>
            </w:r>
          </w:p>
          <w:p>
            <w:pPr>
              <w:pStyle w:val="Heading2"/>
            </w:pPr>
            <w:r>
              <w:rPr/>
              <w:t>Mickel Grönroos | Production Manager, Findwise</w:t>
            </w:r>
          </w:p>
          <w:p>
            <w:pPr>
              <w:pStyle w:val="Date"/>
            </w:pPr>
            <w:r>
              <w:rPr/>
              <w:t>NOV 2011</w:t>
            </w:r>
          </w:p>
          <w:p>
            <w:pPr>
              <w:pStyle w:val="CVQuote"/>
            </w:pPr>
            <w:r>
              <w:rPr/>
              <w:t>“Ali is a great developer / software architect. He has the ability to solve tough problems efficiently and creatively. There is always a solution in Ali's mind. Ali is independent and self-motivated and he has the ability to communicate with both IT and business people in order to assist them with their challenges. For an IT consultant, this is really a valuable trait.”</w:t>
            </w:r>
          </w:p>
          <w:p>
            <w:pPr>
              <w:pStyle w:val="Heading2"/>
            </w:pPr>
            <w:r>
              <w:rPr/>
              <w:t>Shiv Shankar | Engineer, MoSync</w:t>
            </w:r>
          </w:p>
          <w:p>
            <w:pPr>
              <w:pStyle w:val="Date"/>
            </w:pPr>
            <w:r>
              <w:rPr/>
              <w:t>JAN 2011</w:t>
            </w:r>
          </w:p>
          <w:p>
            <w:pPr>
              <w:pStyle w:val="CVQuote"/>
            </w:pPr>
            <w:r>
              <w:rPr/>
              <w:t>“Ali is a talented, creative and hard working Software Engineer but more importantly a pro-active leader and an adaptive co-worker. Ali's personal insight into key problems and their solutions always helps the team move ahead. I have no doubts his skill sets will set him apart in any role that he chooses to take up.”</w:t>
            </w:r>
          </w:p>
          <w:p>
            <w:pPr>
              <w:pStyle w:val="Heading2"/>
            </w:pPr>
            <w:r>
              <w:rPr/>
              <w:t>Håkan Kjellman | Technical Director, MoSync</w:t>
            </w:r>
          </w:p>
          <w:p>
            <w:pPr>
              <w:pStyle w:val="Date"/>
            </w:pPr>
            <w:r>
              <w:rPr/>
              <w:t>DEC 2010</w:t>
            </w:r>
          </w:p>
          <w:p>
            <w:pPr>
              <w:pStyle w:val="CVQuote"/>
            </w:pPr>
            <w:r>
              <w:rPr/>
              <w:t>“I had the fortune of working with Ali for seven months at Mosync. I wished it would have lasted longer since Ali is an extremely skilled SW engineer. Just one of those rare guys that you know will always deliver a quality job and on time.”</w:t>
            </w:r>
          </w:p>
          <w:p>
            <w:pPr>
              <w:pStyle w:val="SidebarSectionsSpacing"/>
            </w:pPr>
          </w:p>
          <w:p>
            <w:pPr>
              <w:pStyle w:val="Heading3"/>
            </w:pPr>
            <w:r>
              <w:rPr/>
              <w:t>Details</w:t>
            </w:r>
          </w:p>
          <w:p>
            <w:pPr>
              <w:pStyle w:val="SidebarText"/>
            </w:pPr>
            <w:r>
              <w:rPr/>
              <w:t>Stockholm, Sweden</w:t>
            </w:r>
          </w:p>
          <w:p>
            <w:pPr>
              <w:pStyle w:val="Heading4"/>
            </w:pPr>
            <w:r>
              <w:rPr/>
              <w:t>DATE OF BIRTH</w:t>
            </w:r>
          </w:p>
          <w:p>
            <w:pPr>
              <w:pStyle w:val="SidebarText"/>
            </w:pPr>
            <w:r>
              <w:rPr/>
              <w:t>1982</w:t>
            </w:r>
          </w:p>
          <w:p>
            <w:pPr>
              <w:pStyle w:val="Heading4"/>
            </w:pPr>
            <w:r>
              <w:rPr/>
              <w:t>NATIONALITY</w:t>
            </w:r>
          </w:p>
          <w:p>
            <w:pPr>
              <w:pStyle w:val="SidebarText"/>
            </w:pPr>
            <w:r>
              <w:rPr/>
              <w:t>Swedish</w:t>
            </w:r>
          </w:p>
          <w:p>
            <w:pPr>
              <w:pStyle w:val="SidebarSectionsSpacing"/>
            </w:pPr>
          </w:p>
          <w:p>
            <w:pPr>
              <w:pStyle w:val="Heading3"/>
            </w:pPr>
            <w:r>
              <w:rPr/>
              <w:t>Areas of Expertise</w:t>
            </w:r>
          </w:p>
          <w:p>
            <w:pPr>
              <w:pStyle w:val="CVSkillChips"/>
            </w:pPr>
            <w:r>
              <w:rPr>
                <w:rStyle w:val="CVToolMark"/>
              </w:rPr>
              <w:t xml:space="preserve"> </w:t>
            </w:r>
            <w:r>
              <w:rPr>
                <w:rStyle w:val="CVTool"/>
              </w:rPr>
              <w:t xml:space="preserve"> Large Language Models </w:t>
            </w:r>
            <w:r>
              <w:t xml:space="preserve"> ​</w:t>
            </w:r>
            <w:r>
              <w:rPr>
                <w:rStyle w:val="CVToolMark"/>
              </w:rPr>
              <w:t xml:space="preserve"> </w:t>
            </w:r>
            <w:r>
              <w:rPr>
                <w:rStyle w:val="CVTool"/>
              </w:rPr>
              <w:t xml:space="preserve"> Generative AI </w:t>
            </w:r>
            <w:r>
              <w:t xml:space="preserve"> ​</w:t>
            </w:r>
            <w:r>
              <w:rPr>
                <w:rStyle w:val="CVToolMark"/>
              </w:rPr>
              <w:t xml:space="preserve"> </w:t>
            </w:r>
            <w:r>
              <w:rPr>
                <w:rStyle w:val="CVTool"/>
              </w:rPr>
              <w:t xml:space="preserve"> Machine Learning/AI </w:t>
            </w:r>
            <w:r>
              <w:t xml:space="preserve"> ​</w:t>
            </w:r>
            <w:r>
              <w:rPr>
                <w:rStyle w:val="CVToolMark"/>
              </w:rPr>
              <w:t xml:space="preserve"> </w:t>
            </w:r>
            <w:r>
              <w:rPr>
                <w:rStyle w:val="CVTool"/>
              </w:rPr>
              <w:t xml:space="preserve"> Python </w:t>
            </w:r>
            <w:r>
              <w:t xml:space="preserve"> ​</w:t>
            </w:r>
            <w:r>
              <w:rPr>
                <w:rStyle w:val="CVToolMark"/>
              </w:rPr>
              <w:t xml:space="preserve"> </w:t>
            </w:r>
            <w:r>
              <w:rPr>
                <w:rStyle w:val="CVTool"/>
              </w:rPr>
              <w:t xml:space="preserve"> C/C++ </w:t>
            </w:r>
            <w:r>
              <w:t xml:space="preserve"> ​</w:t>
            </w:r>
            <w:r>
              <w:rPr>
                <w:rStyle w:val="CVToolMark"/>
              </w:rPr>
              <w:t xml:space="preserve"> </w:t>
            </w:r>
            <w:r>
              <w:rPr>
                <w:rStyle w:val="CVTool"/>
              </w:rPr>
              <w:t xml:space="preserve"> JavaScript </w:t>
            </w:r>
            <w:r>
              <w:t xml:space="preserve"> ​</w:t>
            </w:r>
            <w:r>
              <w:rPr>
                <w:rStyle w:val="CVToolMark"/>
              </w:rPr>
              <w:t xml:space="preserve"> </w:t>
            </w:r>
            <w:r>
              <w:rPr>
                <w:rStyle w:val="CVTool"/>
              </w:rPr>
              <w:t xml:space="preserve"> Java </w:t>
            </w:r>
            <w:r>
              <w:t xml:space="preserve"> ​</w:t>
            </w:r>
            <w:r>
              <w:rPr>
                <w:rStyle w:val="CVToolMark"/>
              </w:rPr>
              <w:t xml:space="preserve"> </w:t>
            </w:r>
            <w:r>
              <w:rPr>
                <w:rStyle w:val="CVTool"/>
              </w:rPr>
              <w:t xml:space="preserve"> Git </w:t>
            </w:r>
            <w:r>
              <w:t xml:space="preserve"> ​</w:t>
            </w:r>
            <w:r>
              <w:rPr>
                <w:rStyle w:val="CVToolMark"/>
              </w:rPr>
              <w:t xml:space="preserve"> </w:t>
            </w:r>
            <w:r>
              <w:rPr>
                <w:rStyle w:val="CVTool"/>
              </w:rPr>
              <w:t xml:space="preserve"> Snowflake </w:t>
            </w:r>
            <w:r>
              <w:t xml:space="preserve"> ​</w:t>
            </w:r>
            <w:r>
              <w:rPr>
                <w:rStyle w:val="CVToolMark"/>
              </w:rPr>
              <w:t xml:space="preserve"> </w:t>
            </w:r>
            <w:r>
              <w:rPr>
                <w:rStyle w:val="CVTool"/>
              </w:rPr>
              <w:t xml:space="preserve"> BigQuery </w:t>
            </w:r>
            <w:r>
              <w:t xml:space="preserve"> ​</w:t>
            </w:r>
            <w:r>
              <w:rPr>
                <w:rStyle w:val="CVToolMark"/>
              </w:rPr>
              <w:t xml:space="preserve"> </w:t>
            </w:r>
            <w:r>
              <w:rPr>
                <w:rStyle w:val="CVTool"/>
              </w:rPr>
              <w:t xml:space="preserve"> Postgres/MySQL </w:t>
            </w:r>
            <w:r>
              <w:t xml:space="preserve"> ​</w:t>
            </w:r>
            <w:r>
              <w:rPr>
                <w:rStyle w:val="CVToolMark"/>
              </w:rPr>
              <w:t xml:space="preserve"> </w:t>
            </w:r>
            <w:r>
              <w:rPr>
                <w:rStyle w:val="CVTool"/>
              </w:rPr>
              <w:t xml:space="preserve"> Google Cloud Platform </w:t>
            </w:r>
            <w:r>
              <w:t xml:space="preserve"> ​</w:t>
            </w:r>
            <w:r>
              <w:rPr>
                <w:rStyle w:val="CVToolMark"/>
              </w:rPr>
              <w:t xml:space="preserve"> </w:t>
            </w:r>
            <w:r>
              <w:rPr>
                <w:rStyle w:val="CVTool"/>
              </w:rPr>
              <w:t xml:space="preserve"> Amazon Web Services </w:t>
            </w:r>
            <w:r>
              <w:t xml:space="preserve"> ​</w:t>
            </w:r>
          </w:p>
          <w:p>
            <w:pPr>
              <w:pStyle w:val="SidebarSectionsSpacing"/>
            </w:pPr>
          </w:p>
          <w:p>
            <w:pPr>
              <w:pStyle w:val="Heading3"/>
            </w:pPr>
            <w:r>
              <w:rPr/>
              <w:t>Languages</w:t>
            </w:r>
          </w:p>
          <w:p>
            <w:pPr>
              <w:pStyle w:val="CVKeyValue"/>
            </w:pPr>
            <w:r>
              <w:rPr/>
              <w:t>Swedish</w:t>
            </w:r>
            <w:r>
              <w:rPr>
                <w:rStyle w:val="CVMuted"/>
              </w:rPr>
              <w:tab/>
              <w:t>Native speaker</w:t>
            </w:r>
          </w:p>
          <w:p>
            <w:pPr>
              <w:pStyle w:val="CVKeyValue"/>
            </w:pPr>
            <w:r>
              <w:rPr/>
              <w:t>English</w:t>
            </w:r>
            <w:r>
              <w:rPr>
                <w:rStyle w:val="CVMuted"/>
              </w:rPr>
              <w:tab/>
              <w:t>Highly proficient</w:t>
            </w:r>
          </w:p>
          <w:p>
            <w:pPr>
              <w:pStyle w:val="CVKeyValue"/>
            </w:pPr>
            <w:r>
              <w:rPr/>
              <w:t>Farsi</w:t>
            </w:r>
            <w:r>
              <w:rPr>
                <w:rStyle w:val="CVMuted"/>
              </w:rPr>
              <w:tab/>
              <w:t>Highly proficient</w:t>
            </w:r>
          </w:p>
          <w:p>
            <w:pPr>
              <w:pStyle w:val="SidebarSectionsSpacing"/>
            </w:pPr>
          </w:p>
          <w:p>
            <w:pPr>
              <w:pStyle w:val="Heading3"/>
            </w:pPr>
            <w:r>
              <w:rPr/>
              <w:t>Hobbies</w:t>
            </w:r>
          </w:p>
          <w:p>
            <w:pPr>
              <w:pStyle w:val="SidebarText"/>
            </w:pPr>
            <w:r>
              <w:rPr/>
              <w:t>Working out, travel, reading &amp; learning about anything and everything</w:t>
            </w:r>
          </w:p>
        </w:tc>
      </w:tr>
    </w:tbl>
    <w:p>
      <w:pPr>
        <w:pStyle w:val="CVPhoto"/>
      </w:pPr>
    </w:p>
    <w:sectPr w:rsidR="00FC693F" w:rsidRPr="0006063C" w:rsidSect="00034616">
      <w:headerReference w:type="first" r:id="rId9"/>
      <w:headerReference w:type="default" r:id="rId10"/>
      <w:pgSz w:w="11906" w:h="16838"/>
      <w:pgMar w:top="0" w:right="0" w:bottom="680" w:left="0" w:header="0" w:footer="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Space Grotesk">
    <w:charset w:val="00"/>
    <w:family w:val="swiss"/>
    <w:pitch w:val="variable"/>
    <w:embedRegular r:id="rId1" w:fontKey="{6D5CA132-0481-433A-9A5F-4D6FE58E8EF7}"/>
    <w:embedBold r:id="rId2" w:fontKey="{89EEF73D-35FA-447F-940E-F3BA3F6BDEE0}"/>
  </w:font>
  <w:font w:name="Space Grotesk Bold">
    <w:charset w:val="00"/>
    <w:family w:val="swiss"/>
    <w:pitch w:val="variable"/>
    <w:embedRegular r:id="rId3" w:fontKey="{D4B42DB8-168B-4B3A-A17E-E755A301BC94}"/>
  </w:font>
</w:font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VPhoto"/>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VPhoto"/>
      <w:spacing w:before="680"/>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90">
    <w:lvl w:ilvl="0">
      <w:start w:val="1"/>
      <w:numFmt w:val="bullet"/>
      <w:lvlText w:val="•"/>
      <w:lvlJc w:val="left"/>
      <w:pPr>
        <w:ind w:left="255" w:hanging="255"/>
      </w:pPr>
      <w:rPr>
        <w:color w:val="0F766E"/>
      </w:rPr>
    </w:lvl>
  </w:abstractNum>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90">
    <w:abstractNumId w:val="9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embedTrueTypeFonts/>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spacing w:before="0" w:after="120" w:line="282" w:lineRule="auto"/>
    </w:pPr>
    <w:rPr>
      <w:rFonts w:ascii="Space Grotesk" w:hAnsi="Space Grotesk" w:eastAsia="Space Grotesk"/>
      <w:b w:val="0"/>
      <w:i w:val="0"/>
      <w:caps w:val="0"/>
      <w:color w:val="1E293B"/>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Bdr>
        <w:bottom w:val="single" w:sz="4" w:space="3" w:color="CBD5E1"/>
      </w:pBdr>
      <w:spacing w:before="0" w:after="140" w:line="282" w:lineRule="auto"/>
      <w:outlineLvl w:val="0"/>
    </w:pPr>
    <w:rPr>
      <w:rFonts w:ascii="Space Grotesk Bold" w:hAnsi="Space Grotesk Bold" w:eastAsia="Space Grotesk Bold" w:cs="Space Grotesk Bold"/>
      <w:i w:val="0"/>
      <w:caps/>
      <w:color w:val="0F766E"/>
      <w:sz w:val="16"/>
      <w:szCs w:val="28"/>
      <w:spacing w:val="22"/>
    </w:rPr>
  </w:style>
  <w:style w:type="paragraph" w:styleId="Heading2">
    <w:name w:val="heading 2"/>
    <w:basedOn w:val="Normal"/>
    <w:next w:val="Normal"/>
    <w:link w:val="Heading2Char"/>
    <w:uiPriority w:val="9"/>
    <w:unhideWhenUsed/>
    <w:qFormat/>
    <w:rsid w:val="00FC693F"/>
    <w:pPr>
      <w:keepNext/>
      <w:keepLines/>
      <w:spacing w:before="120" w:after="0" w:line="282" w:lineRule="auto"/>
      <w:outlineLvl w:val="1"/>
    </w:pPr>
    <w:rPr>
      <w:rFonts w:ascii="Space Grotesk Bold" w:hAnsi="Space Grotesk Bold" w:eastAsia="Space Grotesk Bold" w:cs="Space Grotesk Bold"/>
      <w:i w:val="0"/>
      <w:caps w:val="0"/>
      <w:color w:val="0F172A"/>
      <w:sz w:val="20"/>
      <w:szCs w:val="26"/>
    </w:rPr>
  </w:style>
  <w:style w:type="paragraph" w:styleId="Heading3">
    <w:name w:val="heading 3"/>
    <w:basedOn w:val="Normal"/>
    <w:next w:val="Normal"/>
    <w:link w:val="Heading3Char"/>
    <w:uiPriority w:val="9"/>
    <w:unhideWhenUsed/>
    <w:qFormat/>
    <w:rsid w:val="00FC693F"/>
    <w:pPr>
      <w:keepNext/>
      <w:keepLines/>
      <w:pBdr>
        <w:bottom w:val="single" w:sz="4" w:space="3" w:color="CBD5E1"/>
      </w:pBdr>
      <w:spacing w:before="0" w:after="140" w:line="282" w:lineRule="auto"/>
      <w:outlineLvl w:val="2"/>
    </w:pPr>
    <w:rPr>
      <w:rFonts w:ascii="Space Grotesk Bold" w:hAnsi="Space Grotesk Bold" w:eastAsia="Space Grotesk Bold" w:cs="Space Grotesk Bold"/>
      <w:i w:val="0"/>
      <w:caps/>
      <w:color w:val="0F766E"/>
      <w:sz w:val="16"/>
      <w:spacing w:val="22"/>
    </w:rPr>
  </w:style>
  <w:style w:type="paragraph" w:styleId="Heading4">
    <w:name w:val="heading 4"/>
    <w:basedOn w:val="Normal"/>
    <w:next w:val="Normal"/>
    <w:link w:val="Heading4Char"/>
    <w:uiPriority w:val="9"/>
    <w:semiHidden/>
    <w:unhideWhenUsed/>
    <w:qFormat/>
    <w:rsid w:val="00FC693F"/>
    <w:pPr>
      <w:keepNext/>
      <w:keepLines/>
      <w:spacing w:before="80" w:after="0" w:line="282" w:lineRule="auto"/>
      <w:outlineLvl w:val="3"/>
    </w:pPr>
    <w:rPr>
      <w:rFonts w:ascii="Space Grotesk" w:hAnsi="Space Grotesk" w:eastAsia="Space Grotesk"/>
      <w:b w:val="0"/>
      <w:bCs/>
      <w:i w:val="0"/>
      <w:iCs/>
      <w:caps/>
      <w:color w:val="94A3B8"/>
      <w:sz w:val="14"/>
      <w:spacing w:val="12"/>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keepNext w:val="0"/>
      <w:spacing w:before="0" w:after="40" w:line="282" w:lineRule="auto"/>
      <w:ind w:left="720"/>
      <w:contextualSpacing/>
    </w:pPr>
    <w:rPr>
      <w:rFonts w:ascii="Space Grotesk" w:hAnsi="Space Grotesk" w:eastAsia="Space Grotesk"/>
      <w:b w:val="0"/>
      <w:i w:val="0"/>
      <w:caps w:val="0"/>
      <w:color w:val="1E293B"/>
      <w:sz w:val="18"/>
    </w:r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Space Grotesk Bold" w:hAnsi="Space Grotesk Bold" w:eastAsia="Space Grotesk Bold" w:cs="Space Grotesk Bold"/>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rFonts w:ascii="Space Grotesk Bold" w:hAnsi="Space Grotesk Bold" w:eastAsia="Space Grotesk Bold" w:cs="Space Grotesk Bold"/>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ame">
    <w:name w:val="Name"/>
    <w:basedOn w:val="Normal"/>
    <w:pPr>
      <w:keepNext w:val="0"/>
      <w:spacing w:before="0" w:after="0" w:line="207" w:lineRule="auto"/>
    </w:pPr>
    <w:rPr>
      <w:rFonts w:ascii="Space Grotesk Bold" w:hAnsi="Space Grotesk Bold" w:eastAsia="Space Grotesk Bold" w:cs="Space Grotesk Bold"/>
      <w:i w:val="0"/>
      <w:caps w:val="0"/>
      <w:color w:val="F1F5F9"/>
      <w:sz w:val="48"/>
      <w:spacing w:val="-8"/>
    </w:rPr>
  </w:style>
  <w:style w:type="paragraph" w:customStyle="1" w:styleId="JobTitle">
    <w:name w:val="Job Title"/>
    <w:basedOn w:val="Normal"/>
    <w:pPr>
      <w:keepNext w:val="0"/>
      <w:spacing w:before="60" w:after="0" w:line="282" w:lineRule="auto"/>
    </w:pPr>
    <w:rPr>
      <w:rFonts w:ascii="Space Grotesk" w:hAnsi="Space Grotesk" w:eastAsia="Space Grotesk"/>
      <w:b w:val="0"/>
      <w:i w:val="0"/>
      <w:caps/>
      <w:color w:val="CBD5E1"/>
      <w:sz w:val="16"/>
      <w:spacing w:val="20"/>
    </w:rPr>
  </w:style>
  <w:style w:type="paragraph" w:customStyle="1" w:styleId="CVPhoto">
    <w:name w:val="CV Photo"/>
    <w:basedOn w:val="Normal"/>
    <w:pPr>
      <w:keepNext w:val="0"/>
      <w:spacing w:before="0" w:after="0" w:line="240" w:lineRule="auto"/>
    </w:pPr>
    <w:rPr>
      <w:rFonts w:ascii="Space Grotesk" w:hAnsi="Space Grotesk" w:eastAsia="Space Grotesk"/>
      <w:b w:val="0"/>
      <w:i w:val="0"/>
      <w:caps w:val="0"/>
      <w:color w:val="1E293B"/>
      <w:sz w:val="4"/>
    </w:rPr>
  </w:style>
  <w:style w:type="paragraph" w:customStyle="1" w:styleId="CVContact">
    <w:name w:val="CV Contact"/>
    <w:basedOn w:val="Normal"/>
    <w:pPr>
      <w:keepNext w:val="0"/>
      <w:spacing w:before="0" w:after="40" w:line="226" w:lineRule="auto"/>
      <w:jc w:val="right"/>
    </w:pPr>
    <w:rPr>
      <w:rFonts w:ascii="Space Grotesk" w:hAnsi="Space Grotesk" w:eastAsia="Space Grotesk"/>
      <w:b w:val="0"/>
      <w:i w:val="0"/>
      <w:caps w:val="0"/>
      <w:color w:val="E2E8F0"/>
      <w:sz w:val="16"/>
    </w:rPr>
  </w:style>
  <w:style w:type="paragraph" w:customStyle="1" w:styleId="CVHighlights">
    <w:name w:val="CV Highlights"/>
    <w:basedOn w:val="Normal"/>
    <w:pPr>
      <w:keepNext w:val="0"/>
      <w:spacing w:before="0" w:after="0" w:line="282" w:lineRule="auto"/>
    </w:pPr>
    <w:rPr>
      <w:rFonts w:ascii="Space Grotesk" w:hAnsi="Space Grotesk" w:eastAsia="Space Grotesk"/>
      <w:b w:val="0"/>
      <w:i w:val="0"/>
      <w:caps w:val="0"/>
      <w:color w:val="1E293B"/>
      <w:sz w:val="4"/>
    </w:rPr>
  </w:style>
  <w:style w:type="paragraph" w:customStyle="1" w:styleId="CVHighlightValue">
    <w:name w:val="CV Highlight Value"/>
    <w:basedOn w:val="Normal"/>
    <w:pPr>
      <w:keepNext w:val="0"/>
      <w:spacing w:before="0" w:after="0" w:line="207" w:lineRule="auto"/>
    </w:pPr>
    <w:rPr>
      <w:rFonts w:ascii="Space Grotesk Bold" w:hAnsi="Space Grotesk Bold" w:eastAsia="Space Grotesk Bold" w:cs="Space Grotesk Bold"/>
      <w:i w:val="0"/>
      <w:caps w:val="0"/>
      <w:color w:val="5EEAD4"/>
      <w:sz w:val="30"/>
    </w:rPr>
  </w:style>
  <w:style w:type="paragraph" w:customStyle="1" w:styleId="CVHighlightLabel">
    <w:name w:val="CV Highlight Label"/>
    <w:basedOn w:val="Normal"/>
    <w:pPr>
      <w:keepNext w:val="0"/>
      <w:spacing w:before="0" w:after="0" w:line="245" w:lineRule="auto"/>
    </w:pPr>
    <w:rPr>
      <w:rFonts w:ascii="Space Grotesk" w:hAnsi="Space Grotesk" w:eastAsia="Space Grotesk"/>
      <w:b w:val="0"/>
      <w:i w:val="0"/>
      <w:caps w:val="0"/>
      <w:color w:val="94A3B8"/>
      <w:sz w:val="14"/>
    </w:rPr>
  </w:style>
  <w:style w:type="paragraph" w:customStyle="1" w:styleId="Date">
    <w:name w:val="Date"/>
    <w:basedOn w:val="Normal"/>
    <w:pPr>
      <w:keepNext/>
      <w:spacing w:before="20" w:after="80" w:line="282" w:lineRule="auto"/>
    </w:pPr>
    <w:rPr>
      <w:rFonts w:ascii="Space Grotesk Bold" w:hAnsi="Space Grotesk Bold" w:eastAsia="Space Grotesk Bold" w:cs="Space Grotesk Bold"/>
      <w:i w:val="0"/>
      <w:caps/>
      <w:color w:val="0F766E"/>
      <w:sz w:val="14"/>
      <w:spacing w:val="8"/>
    </w:rPr>
  </w:style>
  <w:style w:type="paragraph" w:customStyle="1" w:styleId="SidebarText">
    <w:name w:val="Sidebar Text"/>
    <w:basedOn w:val="Normal"/>
    <w:pPr>
      <w:keepNext w:val="0"/>
      <w:spacing w:before="0" w:after="20" w:line="282" w:lineRule="auto"/>
    </w:pPr>
    <w:rPr>
      <w:rFonts w:ascii="Space Grotesk" w:hAnsi="Space Grotesk" w:eastAsia="Space Grotesk"/>
      <w:b w:val="0"/>
      <w:i w:val="0"/>
      <w:caps w:val="0"/>
      <w:color w:val="1E293B"/>
      <w:sz w:val="18"/>
    </w:rPr>
  </w:style>
  <w:style w:type="paragraph" w:customStyle="1" w:styleId="CVKeyValue">
    <w:name w:val="CV Key Value"/>
    <w:basedOn w:val="Normal"/>
    <w:pPr>
      <w:keepNext w:val="0"/>
      <w:tabs>
        <w:tab w:pos="2551" w:val="left"/>
      </w:tabs>
      <w:spacing w:before="0" w:after="20" w:line="282" w:lineRule="auto"/>
    </w:pPr>
    <w:rPr>
      <w:rFonts w:ascii="Space Grotesk" w:hAnsi="Space Grotesk" w:eastAsia="Space Grotesk"/>
      <w:b w:val="0"/>
      <w:i w:val="0"/>
      <w:caps w:val="0"/>
      <w:color w:val="1E293B"/>
      <w:sz w:val="18"/>
    </w:rPr>
  </w:style>
  <w:style w:type="paragraph" w:customStyle="1" w:styleId="CVTools">
    <w:name w:val="CV Tools"/>
    <w:basedOn w:val="Normal"/>
    <w:pPr>
      <w:keepNext w:val="0"/>
      <w:spacing w:before="80" w:after="160" w:line="357" w:lineRule="auto"/>
    </w:pPr>
    <w:rPr>
      <w:rFonts w:ascii="Space Grotesk" w:hAnsi="Space Grotesk" w:eastAsia="Space Grotesk"/>
      <w:b w:val="0"/>
      <w:i w:val="0"/>
      <w:caps w:val="0"/>
      <w:color w:val="1E293B"/>
      <w:sz w:val="14"/>
    </w:rPr>
  </w:style>
  <w:style w:type="paragraph" w:customStyle="1" w:styleId="CVSkillChips">
    <w:name w:val="CV Skill Chips"/>
    <w:basedOn w:val="Normal"/>
    <w:pPr>
      <w:keepNext w:val="0"/>
      <w:spacing w:before="0" w:after="40" w:line="357" w:lineRule="auto"/>
    </w:pPr>
    <w:rPr>
      <w:rFonts w:ascii="Space Grotesk" w:hAnsi="Space Grotesk" w:eastAsia="Space Grotesk"/>
      <w:b w:val="0"/>
      <w:i w:val="0"/>
      <w:caps w:val="0"/>
      <w:color w:val="1E293B"/>
      <w:sz w:val="14"/>
    </w:rPr>
  </w:style>
  <w:style w:type="paragraph" w:customStyle="1" w:styleId="CVQuote">
    <w:name w:val="CV Quote"/>
    <w:basedOn w:val="Normal"/>
    <w:pPr>
      <w:keepNext w:val="0"/>
      <w:pBdr>
        <w:left w:val="single" w:sz="12" w:space="8" w:color="5EEAD4"/>
      </w:pBdr>
      <w:spacing w:before="0" w:after="120" w:line="282" w:lineRule="auto"/>
    </w:pPr>
    <w:rPr>
      <w:rFonts w:ascii="Space Grotesk" w:hAnsi="Space Grotesk" w:eastAsia="Space Grotesk"/>
      <w:b w:val="0"/>
      <w:i/>
      <w:caps w:val="0"/>
      <w:color w:val="334155"/>
      <w:sz w:val="18"/>
    </w:rPr>
  </w:style>
  <w:style w:type="paragraph" w:customStyle="1" w:styleId="SidebarSectionsSpacing">
    <w:name w:val="Sidebar Sections Spacing"/>
    <w:basedOn w:val="Normal"/>
    <w:pPr>
      <w:keepNext w:val="0"/>
      <w:spacing w:before="0" w:after="200" w:line="282" w:lineRule="auto"/>
    </w:pPr>
    <w:rPr>
      <w:rFonts w:ascii="Space Grotesk" w:hAnsi="Space Grotesk" w:eastAsia="Space Grotesk"/>
      <w:b w:val="0"/>
      <w:i w:val="0"/>
      <w:caps w:val="0"/>
      <w:color w:val="1E293B"/>
      <w:sz w:val="8"/>
    </w:rPr>
  </w:style>
  <w:style w:type="paragraph" w:customStyle="1" w:styleId="MainSectionsSpacing">
    <w:name w:val="Main Sections Spacing"/>
    <w:basedOn w:val="Normal"/>
    <w:pPr>
      <w:keepNext w:val="0"/>
      <w:spacing w:before="0" w:after="200" w:line="282" w:lineRule="auto"/>
    </w:pPr>
    <w:rPr>
      <w:rFonts w:ascii="Space Grotesk" w:hAnsi="Space Grotesk" w:eastAsia="Space Grotesk"/>
      <w:b w:val="0"/>
      <w:i w:val="0"/>
      <w:caps w:val="0"/>
      <w:color w:val="1E293B"/>
      <w:sz w:val="8"/>
    </w:rPr>
  </w:style>
  <w:style w:type="character" w:customStyle="1" w:styleId="CVAccent">
    <w:name w:val="CV Accent"/>
    <w:rPr>
      <w:rFonts w:ascii="Space Grotesk" w:hAnsi="Space Grotesk"/>
      <w:color w:val="5EEAD4"/>
      <w:sz w:val="12"/>
    </w:rPr>
  </w:style>
  <w:style w:type="character" w:customStyle="1" w:styleId="CVMuted">
    <w:name w:val="CV Muted"/>
    <w:rPr>
      <w:rFonts w:ascii="Space Grotesk" w:hAnsi="Space Grotesk"/>
      <w:color w:val="94A3B8"/>
    </w:rPr>
  </w:style>
  <w:style w:type="character" w:customStyle="1" w:styleId="CVTool">
    <w:name w:val="CV Tool"/>
    <w:rPr>
      <w:rFonts w:ascii="Space Grotesk" w:hAnsi="Space Grotesk"/>
      <w:color w:val="0F766E"/>
      <w:sz w:val="14"/>
      <w:shd w:val="clear" w:color="auto" w:fill="E6F2F1"/>
    </w:rPr>
  </w:style>
  <w:style w:type="character" w:customStyle="1" w:styleId="CVToolMark">
    <w:name w:val="CV Tool Mark"/>
    <w:rPr>
      <w:rFonts w:ascii="Space Grotesk" w:hAnsi="Space Grotesk"/>
      <w:sz w:val="14"/>
      <w:shd w:val="clear" w:color="auto" w:fill="E6F2F1"/>
    </w:rPr>
  </w:style>
  <w:style w:type="character" w:customStyle="1" w:styleId="CVStrong">
    <w:name w:val="CV Strong"/>
    <w:rPr>
      <w:rFonts w:ascii="Space Grotesk Bold" w:hAnsi="Space Grotesk Bold"/>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image" Target="media/image1.jpg"/><Relationship Id="rId12" Type="http://schemas.openxmlformats.org/officeDocument/2006/relationships/hyperlink" Target="https://www.linkedin.com/in/ali-mosavian-7a27457" TargetMode="External"/><Relationship Id="rId13" Type="http://schemas.openxmlformats.org/officeDocument/2006/relationships/hyperlink" Target="https://github.com/ali-mosavian" TargetMode="External"/><Relationship Id="rId14" Type="http://schemas.openxmlformats.org/officeDocument/2006/relationships/hyperlink" Target="https://www.42labs.ai/"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